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5B81834" w:rsidR="00C360BD" w:rsidRDefault="004250C1" w:rsidP="00C360BD">
      <w:pPr>
        <w:jc w:val="center"/>
        <w:rPr>
          <w:b/>
          <w:sz w:val="24"/>
        </w:rPr>
      </w:pPr>
      <w:r w:rsidRPr="004250C1">
        <w:rPr>
          <w:b/>
          <w:sz w:val="24"/>
        </w:rPr>
        <w:t xml:space="preserve">András </w:t>
      </w:r>
      <w:proofErr w:type="spellStart"/>
      <w:r w:rsidRPr="004250C1">
        <w:rPr>
          <w:b/>
          <w:sz w:val="24"/>
        </w:rPr>
        <w:t>Szkalisity</w:t>
      </w:r>
      <w:proofErr w:type="spellEnd"/>
      <w:r w:rsidRPr="004250C1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250C1">
        <w:rPr>
          <w:b/>
          <w:sz w:val="24"/>
        </w:rPr>
        <w:t>University of Szeged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C01709B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43A8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250C1" w:rsidRPr="004250C1">
        <w:t>Spatial Patterns of Energy Poverty in Hungarian Urban Areas</w:t>
      </w:r>
      <w:r>
        <w:t>”</w:t>
      </w:r>
      <w:r w:rsidR="0048495F">
        <w:t xml:space="preserve"> </w:t>
      </w:r>
    </w:p>
    <w:p w14:paraId="16DB20D1" w14:textId="0896F2F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250C1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34D01" w14:textId="77777777" w:rsidR="00F552C4" w:rsidRDefault="00F552C4" w:rsidP="006521CC">
      <w:pPr>
        <w:spacing w:after="0" w:line="240" w:lineRule="auto"/>
      </w:pPr>
      <w:r>
        <w:separator/>
      </w:r>
    </w:p>
  </w:endnote>
  <w:endnote w:type="continuationSeparator" w:id="0">
    <w:p w14:paraId="78E312C8" w14:textId="77777777" w:rsidR="00F552C4" w:rsidRDefault="00F552C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C13D" w14:textId="77777777" w:rsidR="00F552C4" w:rsidRDefault="00F552C4" w:rsidP="006521CC">
      <w:pPr>
        <w:spacing w:after="0" w:line="240" w:lineRule="auto"/>
      </w:pPr>
      <w:r>
        <w:separator/>
      </w:r>
    </w:p>
  </w:footnote>
  <w:footnote w:type="continuationSeparator" w:id="0">
    <w:p w14:paraId="46A2E330" w14:textId="77777777" w:rsidR="00F552C4" w:rsidRDefault="00F552C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552C4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2026-09-03T08:30:00Z</dcterms:created>
  <dcterms:modified xsi:type="dcterms:W3CDTF">2026-09-03T08:30:00Z</dcterms:modified>
  <cp:category/>
</cp:coreProperties>
</file>