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EAF317C" w:rsidR="00C360BD" w:rsidRDefault="006A3DF2" w:rsidP="00C360BD">
      <w:pPr>
        <w:jc w:val="center"/>
        <w:rPr>
          <w:b/>
          <w:sz w:val="24"/>
        </w:rPr>
      </w:pPr>
      <w:r w:rsidRPr="006A3DF2">
        <w:rPr>
          <w:b/>
          <w:sz w:val="24"/>
        </w:rPr>
        <w:t>Alena Lukáčová</w:t>
      </w:r>
      <w:r w:rsidRPr="006A3DF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C22695" w:rsidRPr="00C22695">
        <w:rPr>
          <w:b/>
          <w:sz w:val="24"/>
        </w:rPr>
        <w:t xml:space="preserve">University of </w:t>
      </w:r>
      <w:proofErr w:type="spellStart"/>
      <w:r>
        <w:rPr>
          <w:b/>
          <w:sz w:val="24"/>
        </w:rPr>
        <w:t>Prešov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D4D89FC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6A3DF2" w:rsidRPr="006A3DF2">
        <w:t xml:space="preserve">Implementing COIL and OpenStreetMap in Secondary Geography Education: </w:t>
      </w:r>
      <w:r w:rsidR="006A3DF2">
        <w:br/>
      </w:r>
      <w:r w:rsidR="006A3DF2" w:rsidRPr="006A3DF2">
        <w:t xml:space="preserve">A Case Study from the </w:t>
      </w:r>
      <w:proofErr w:type="spellStart"/>
      <w:r w:rsidR="006A3DF2" w:rsidRPr="006A3DF2">
        <w:t>EUthMappers</w:t>
      </w:r>
      <w:proofErr w:type="spellEnd"/>
      <w:r w:rsidR="006A3DF2" w:rsidRPr="006A3DF2">
        <w:t xml:space="preserve"> Project</w:t>
      </w:r>
      <w:r>
        <w:t>”</w:t>
      </w:r>
      <w:r w:rsidR="0048495F">
        <w:t xml:space="preserve"> </w:t>
      </w:r>
    </w:p>
    <w:p w14:paraId="16DB20D1" w14:textId="57FD2DE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A3DF2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30F5" w14:textId="77777777" w:rsidR="00E624C8" w:rsidRDefault="00E624C8" w:rsidP="006521CC">
      <w:pPr>
        <w:spacing w:after="0" w:line="240" w:lineRule="auto"/>
      </w:pPr>
      <w:r>
        <w:separator/>
      </w:r>
    </w:p>
  </w:endnote>
  <w:endnote w:type="continuationSeparator" w:id="0">
    <w:p w14:paraId="57F91732" w14:textId="77777777" w:rsidR="00E624C8" w:rsidRDefault="00E624C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8EE94" w14:textId="77777777" w:rsidR="00E624C8" w:rsidRDefault="00E624C8" w:rsidP="006521CC">
      <w:pPr>
        <w:spacing w:after="0" w:line="240" w:lineRule="auto"/>
      </w:pPr>
      <w:r>
        <w:separator/>
      </w:r>
    </w:p>
  </w:footnote>
  <w:footnote w:type="continuationSeparator" w:id="0">
    <w:p w14:paraId="49C4AF08" w14:textId="77777777" w:rsidR="00E624C8" w:rsidRDefault="00E624C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A3DF2"/>
    <w:rsid w:val="006B1A1C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73ABD"/>
    <w:rsid w:val="00DC5185"/>
    <w:rsid w:val="00DD76E8"/>
    <w:rsid w:val="00DE07D6"/>
    <w:rsid w:val="00DF34A3"/>
    <w:rsid w:val="00E131D6"/>
    <w:rsid w:val="00E610F7"/>
    <w:rsid w:val="00E624C8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2026-09-03T07:02:00Z</dcterms:created>
  <dcterms:modified xsi:type="dcterms:W3CDTF">2026-09-03T07:02:00Z</dcterms:modified>
  <cp:category/>
</cp:coreProperties>
</file>