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6D1859F3" w:rsidR="00C360BD" w:rsidRDefault="00130B40" w:rsidP="00C360BD">
      <w:pPr>
        <w:jc w:val="center"/>
        <w:rPr>
          <w:b/>
          <w:sz w:val="24"/>
        </w:rPr>
      </w:pPr>
      <w:r w:rsidRPr="00130B40">
        <w:rPr>
          <w:b/>
          <w:sz w:val="24"/>
        </w:rPr>
        <w:t>Aleš Nováček</w:t>
      </w:r>
      <w:r w:rsidRPr="00130B40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130B40">
        <w:rPr>
          <w:b/>
          <w:sz w:val="24"/>
        </w:rPr>
        <w:t xml:space="preserve">University of South Bohemia in </w:t>
      </w:r>
      <w:proofErr w:type="spellStart"/>
      <w:r w:rsidRPr="00130B40">
        <w:rPr>
          <w:b/>
          <w:sz w:val="24"/>
        </w:rPr>
        <w:t>České</w:t>
      </w:r>
      <w:proofErr w:type="spellEnd"/>
      <w:r w:rsidRPr="00130B40">
        <w:rPr>
          <w:b/>
          <w:sz w:val="24"/>
        </w:rPr>
        <w:t xml:space="preserve"> Budějovice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4A4B83BF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A8317B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130B40" w:rsidRPr="00130B40">
        <w:t xml:space="preserve">Spatial distribution of toponyms with the adjective “Czech”: </w:t>
      </w:r>
      <w:r w:rsidR="00130B40">
        <w:br/>
      </w:r>
      <w:r w:rsidR="00130B40" w:rsidRPr="00130B40">
        <w:t>historical and cultural perspectives</w:t>
      </w:r>
      <w:r>
        <w:t>”</w:t>
      </w:r>
      <w:r w:rsidR="0048495F">
        <w:t xml:space="preserve"> </w:t>
      </w:r>
    </w:p>
    <w:p w14:paraId="16DB20D1" w14:textId="3EF1A33E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130B40">
        <w:t>220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650C0" w14:textId="77777777" w:rsidR="00A754C8" w:rsidRDefault="00A754C8" w:rsidP="006521CC">
      <w:pPr>
        <w:spacing w:after="0" w:line="240" w:lineRule="auto"/>
      </w:pPr>
      <w:r>
        <w:separator/>
      </w:r>
    </w:p>
  </w:endnote>
  <w:endnote w:type="continuationSeparator" w:id="0">
    <w:p w14:paraId="39A60CFA" w14:textId="77777777" w:rsidR="00A754C8" w:rsidRDefault="00A754C8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4FD03B" w14:textId="77777777" w:rsidR="00A754C8" w:rsidRDefault="00A754C8" w:rsidP="006521CC">
      <w:pPr>
        <w:spacing w:after="0" w:line="240" w:lineRule="auto"/>
      </w:pPr>
      <w:r>
        <w:separator/>
      </w:r>
    </w:p>
  </w:footnote>
  <w:footnote w:type="continuationSeparator" w:id="0">
    <w:p w14:paraId="7ADB55BE" w14:textId="77777777" w:rsidR="00A754C8" w:rsidRDefault="00A754C8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7046"/>
    <w:rsid w:val="00034616"/>
    <w:rsid w:val="00037A2F"/>
    <w:rsid w:val="00037A3E"/>
    <w:rsid w:val="0006063C"/>
    <w:rsid w:val="000628E7"/>
    <w:rsid w:val="000809F7"/>
    <w:rsid w:val="0009007E"/>
    <w:rsid w:val="000A7699"/>
    <w:rsid w:val="000C2B74"/>
    <w:rsid w:val="000D682E"/>
    <w:rsid w:val="000E0BA7"/>
    <w:rsid w:val="001033F6"/>
    <w:rsid w:val="0012049E"/>
    <w:rsid w:val="00121D80"/>
    <w:rsid w:val="00130B40"/>
    <w:rsid w:val="001443EF"/>
    <w:rsid w:val="0015074B"/>
    <w:rsid w:val="00151EB7"/>
    <w:rsid w:val="00153406"/>
    <w:rsid w:val="0016720D"/>
    <w:rsid w:val="00181F7B"/>
    <w:rsid w:val="00190BA0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9639D"/>
    <w:rsid w:val="002A44B9"/>
    <w:rsid w:val="002B0023"/>
    <w:rsid w:val="002F361F"/>
    <w:rsid w:val="003147CF"/>
    <w:rsid w:val="003202CB"/>
    <w:rsid w:val="00326F90"/>
    <w:rsid w:val="00347F2A"/>
    <w:rsid w:val="003542D6"/>
    <w:rsid w:val="00354AD2"/>
    <w:rsid w:val="003D262F"/>
    <w:rsid w:val="003F50F6"/>
    <w:rsid w:val="003F76C2"/>
    <w:rsid w:val="00400246"/>
    <w:rsid w:val="004124AD"/>
    <w:rsid w:val="0041783B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216FA"/>
    <w:rsid w:val="005364D7"/>
    <w:rsid w:val="005406CB"/>
    <w:rsid w:val="0054106E"/>
    <w:rsid w:val="00550CB0"/>
    <w:rsid w:val="00582199"/>
    <w:rsid w:val="00591F7E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521CC"/>
    <w:rsid w:val="00663F88"/>
    <w:rsid w:val="006715B2"/>
    <w:rsid w:val="00680015"/>
    <w:rsid w:val="006A0249"/>
    <w:rsid w:val="006A36DE"/>
    <w:rsid w:val="006A3DF2"/>
    <w:rsid w:val="006B1A1C"/>
    <w:rsid w:val="006B48F4"/>
    <w:rsid w:val="006E0682"/>
    <w:rsid w:val="0070220F"/>
    <w:rsid w:val="00726B5C"/>
    <w:rsid w:val="007274B7"/>
    <w:rsid w:val="00736BFD"/>
    <w:rsid w:val="007729D9"/>
    <w:rsid w:val="007C57FD"/>
    <w:rsid w:val="007F250E"/>
    <w:rsid w:val="007F3A24"/>
    <w:rsid w:val="007F45AD"/>
    <w:rsid w:val="0085407C"/>
    <w:rsid w:val="00886001"/>
    <w:rsid w:val="00886B87"/>
    <w:rsid w:val="008C46AA"/>
    <w:rsid w:val="008C5BD5"/>
    <w:rsid w:val="008C685B"/>
    <w:rsid w:val="008F3A40"/>
    <w:rsid w:val="00901CFE"/>
    <w:rsid w:val="00902BBE"/>
    <w:rsid w:val="00920391"/>
    <w:rsid w:val="0096413A"/>
    <w:rsid w:val="009863E5"/>
    <w:rsid w:val="009A6B67"/>
    <w:rsid w:val="009A6F72"/>
    <w:rsid w:val="009B0BC2"/>
    <w:rsid w:val="009B18AC"/>
    <w:rsid w:val="009B3BF5"/>
    <w:rsid w:val="009D4524"/>
    <w:rsid w:val="009D6279"/>
    <w:rsid w:val="00A140ED"/>
    <w:rsid w:val="00A379DF"/>
    <w:rsid w:val="00A44F79"/>
    <w:rsid w:val="00A5216A"/>
    <w:rsid w:val="00A754C8"/>
    <w:rsid w:val="00A8317B"/>
    <w:rsid w:val="00AA1D8D"/>
    <w:rsid w:val="00AB43EE"/>
    <w:rsid w:val="00AF1882"/>
    <w:rsid w:val="00B10FAB"/>
    <w:rsid w:val="00B2502F"/>
    <w:rsid w:val="00B277E8"/>
    <w:rsid w:val="00B47730"/>
    <w:rsid w:val="00B60D0B"/>
    <w:rsid w:val="00B67FDC"/>
    <w:rsid w:val="00B70233"/>
    <w:rsid w:val="00B7219F"/>
    <w:rsid w:val="00B85D57"/>
    <w:rsid w:val="00B9733A"/>
    <w:rsid w:val="00B97FC9"/>
    <w:rsid w:val="00BA1576"/>
    <w:rsid w:val="00BB74C0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853D9"/>
    <w:rsid w:val="00C90425"/>
    <w:rsid w:val="00C932DF"/>
    <w:rsid w:val="00C9426E"/>
    <w:rsid w:val="00C95BF0"/>
    <w:rsid w:val="00CB0664"/>
    <w:rsid w:val="00CC0B6A"/>
    <w:rsid w:val="00CC1C23"/>
    <w:rsid w:val="00D20CA2"/>
    <w:rsid w:val="00D55DFF"/>
    <w:rsid w:val="00D5784E"/>
    <w:rsid w:val="00D73ABD"/>
    <w:rsid w:val="00DA0589"/>
    <w:rsid w:val="00DC5185"/>
    <w:rsid w:val="00DD76E8"/>
    <w:rsid w:val="00DE07D6"/>
    <w:rsid w:val="00DF34A3"/>
    <w:rsid w:val="00E131D6"/>
    <w:rsid w:val="00E610F7"/>
    <w:rsid w:val="00E71E5A"/>
    <w:rsid w:val="00E7362D"/>
    <w:rsid w:val="00EB26F4"/>
    <w:rsid w:val="00EE13C6"/>
    <w:rsid w:val="00EE3278"/>
    <w:rsid w:val="00EF43A6"/>
    <w:rsid w:val="00F04A69"/>
    <w:rsid w:val="00F25ABC"/>
    <w:rsid w:val="00F5106D"/>
    <w:rsid w:val="00F66C19"/>
    <w:rsid w:val="00F82DDE"/>
    <w:rsid w:val="00FA128E"/>
    <w:rsid w:val="00FC693F"/>
    <w:rsid w:val="00FD1A58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2026-09-03T07:42:00Z</dcterms:created>
  <dcterms:modified xsi:type="dcterms:W3CDTF">2026-09-03T07:42:00Z</dcterms:modified>
  <cp:category/>
</cp:coreProperties>
</file>