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09518278" w:rsidR="00C360BD" w:rsidRDefault="00503E25" w:rsidP="00C360BD">
      <w:pPr>
        <w:jc w:val="center"/>
        <w:rPr>
          <w:b/>
          <w:sz w:val="24"/>
        </w:rPr>
      </w:pPr>
      <w:r w:rsidRPr="00503E25">
        <w:rPr>
          <w:b/>
          <w:sz w:val="24"/>
        </w:rPr>
        <w:t>Agnieszka Dawidowic</w:t>
      </w:r>
      <w:r>
        <w:rPr>
          <w:b/>
          <w:sz w:val="24"/>
        </w:rPr>
        <w:t xml:space="preserve">z </w:t>
      </w:r>
      <w:r w:rsidR="003F76C2">
        <w:rPr>
          <w:b/>
          <w:sz w:val="24"/>
        </w:rPr>
        <w:t>(</w:t>
      </w:r>
      <w:r w:rsidRPr="00503E25">
        <w:rPr>
          <w:b/>
          <w:sz w:val="24"/>
        </w:rPr>
        <w:t xml:space="preserve">University of Warmia and </w:t>
      </w:r>
      <w:proofErr w:type="spellStart"/>
      <w:r w:rsidRPr="00503E25">
        <w:rPr>
          <w:b/>
          <w:sz w:val="24"/>
        </w:rPr>
        <w:t>Mazury</w:t>
      </w:r>
      <w:proofErr w:type="spellEnd"/>
      <w:r w:rsidRPr="00503E25">
        <w:rPr>
          <w:b/>
          <w:sz w:val="24"/>
        </w:rPr>
        <w:t xml:space="preserve"> in Olsztyn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4437A123" w:rsidR="00920391" w:rsidRDefault="00920391" w:rsidP="007F3A24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425C86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503E25" w:rsidRPr="00503E25">
        <w:t>Beyond functional-spatial assessment: Landscape indicators in the Age-Friendly Residential Areas (AFRA) methodology and their contribution to sustainable development goals</w:t>
      </w:r>
      <w:r>
        <w:t>”</w:t>
      </w:r>
      <w:r w:rsidR="0048495F">
        <w:t xml:space="preserve"> </w:t>
      </w:r>
    </w:p>
    <w:p w14:paraId="16DB20D1" w14:textId="4EEB228B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503E25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DB4B9" w14:textId="77777777" w:rsidR="00F72264" w:rsidRDefault="00F72264" w:rsidP="006521CC">
      <w:pPr>
        <w:spacing w:after="0" w:line="240" w:lineRule="auto"/>
      </w:pPr>
      <w:r>
        <w:separator/>
      </w:r>
    </w:p>
  </w:endnote>
  <w:endnote w:type="continuationSeparator" w:id="0">
    <w:p w14:paraId="67C8211B" w14:textId="77777777" w:rsidR="00F72264" w:rsidRDefault="00F72264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3B1F0" w14:textId="77777777" w:rsidR="00F72264" w:rsidRDefault="00F72264" w:rsidP="006521CC">
      <w:pPr>
        <w:spacing w:after="0" w:line="240" w:lineRule="auto"/>
      </w:pPr>
      <w:r>
        <w:separator/>
      </w:r>
    </w:p>
  </w:footnote>
  <w:footnote w:type="continuationSeparator" w:id="0">
    <w:p w14:paraId="7947D1A9" w14:textId="77777777" w:rsidR="00F72264" w:rsidRDefault="00F72264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0E0BA7"/>
    <w:rsid w:val="0015074B"/>
    <w:rsid w:val="00151EB7"/>
    <w:rsid w:val="00181F7B"/>
    <w:rsid w:val="001E1322"/>
    <w:rsid w:val="001E229C"/>
    <w:rsid w:val="001E2352"/>
    <w:rsid w:val="0020168D"/>
    <w:rsid w:val="00203C34"/>
    <w:rsid w:val="00247B2F"/>
    <w:rsid w:val="0029639D"/>
    <w:rsid w:val="002B0023"/>
    <w:rsid w:val="002F361F"/>
    <w:rsid w:val="00326F90"/>
    <w:rsid w:val="003F76C2"/>
    <w:rsid w:val="00425C86"/>
    <w:rsid w:val="0048495F"/>
    <w:rsid w:val="004F738E"/>
    <w:rsid w:val="00503E25"/>
    <w:rsid w:val="0054106E"/>
    <w:rsid w:val="00550CB0"/>
    <w:rsid w:val="00582199"/>
    <w:rsid w:val="00614554"/>
    <w:rsid w:val="006214EA"/>
    <w:rsid w:val="006521CC"/>
    <w:rsid w:val="006A36DE"/>
    <w:rsid w:val="006E0682"/>
    <w:rsid w:val="007729D9"/>
    <w:rsid w:val="007F3A24"/>
    <w:rsid w:val="007F45AD"/>
    <w:rsid w:val="00886001"/>
    <w:rsid w:val="008C46AA"/>
    <w:rsid w:val="008F3A40"/>
    <w:rsid w:val="00920391"/>
    <w:rsid w:val="009A6F72"/>
    <w:rsid w:val="009B0BC2"/>
    <w:rsid w:val="009B18AC"/>
    <w:rsid w:val="00A140ED"/>
    <w:rsid w:val="00A5216A"/>
    <w:rsid w:val="00AA1D8D"/>
    <w:rsid w:val="00AB43EE"/>
    <w:rsid w:val="00B47730"/>
    <w:rsid w:val="00B67FDC"/>
    <w:rsid w:val="00B97FC9"/>
    <w:rsid w:val="00C132CD"/>
    <w:rsid w:val="00C360BD"/>
    <w:rsid w:val="00C56B91"/>
    <w:rsid w:val="00C90425"/>
    <w:rsid w:val="00CB0664"/>
    <w:rsid w:val="00D55DFF"/>
    <w:rsid w:val="00D5784E"/>
    <w:rsid w:val="00DC5185"/>
    <w:rsid w:val="00DD76E8"/>
    <w:rsid w:val="00DF34A3"/>
    <w:rsid w:val="00E131D6"/>
    <w:rsid w:val="00E610F7"/>
    <w:rsid w:val="00E7362D"/>
    <w:rsid w:val="00EB26F4"/>
    <w:rsid w:val="00EE3278"/>
    <w:rsid w:val="00F722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2026-09-02T12:04:00Z</dcterms:created>
  <dcterms:modified xsi:type="dcterms:W3CDTF">2026-09-02T12:04:00Z</dcterms:modified>
  <cp:category/>
</cp:coreProperties>
</file>