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F49C442" w:rsidR="00C360BD" w:rsidRDefault="00F11608" w:rsidP="00C360BD">
      <w:pPr>
        <w:jc w:val="center"/>
        <w:rPr>
          <w:b/>
          <w:sz w:val="24"/>
        </w:rPr>
      </w:pPr>
      <w:r w:rsidRPr="00F11608">
        <w:rPr>
          <w:b/>
          <w:sz w:val="24"/>
        </w:rPr>
        <w:t xml:space="preserve">Adam </w:t>
      </w:r>
      <w:proofErr w:type="spellStart"/>
      <w:r w:rsidRPr="00F11608">
        <w:rPr>
          <w:b/>
          <w:sz w:val="24"/>
        </w:rPr>
        <w:t>Stražovec</w:t>
      </w:r>
      <w:proofErr w:type="spellEnd"/>
      <w:r w:rsidRPr="00F11608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11608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087A969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F806F5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11608" w:rsidRPr="00F11608">
        <w:t xml:space="preserve">From Single-Person Households to Large Households: Differences in Energy </w:t>
      </w:r>
      <w:r w:rsidR="00F11608">
        <w:br/>
      </w:r>
      <w:proofErr w:type="spellStart"/>
      <w:r w:rsidR="00F11608" w:rsidRPr="00F11608">
        <w:t>Behaviour</w:t>
      </w:r>
      <w:proofErr w:type="spellEnd"/>
      <w:r w:rsidR="00F11608" w:rsidRPr="00F11608">
        <w:t xml:space="preserve"> and Appliance Use</w:t>
      </w:r>
      <w:r>
        <w:t>”</w:t>
      </w:r>
      <w:r w:rsidR="0048495F">
        <w:t xml:space="preserve"> </w:t>
      </w:r>
    </w:p>
    <w:p w14:paraId="16DB20D1" w14:textId="6209C98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F11608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CFE91" w14:textId="77777777" w:rsidR="00D76D7B" w:rsidRDefault="00D76D7B" w:rsidP="006521CC">
      <w:pPr>
        <w:spacing w:after="0" w:line="240" w:lineRule="auto"/>
      </w:pPr>
      <w:r>
        <w:separator/>
      </w:r>
    </w:p>
  </w:endnote>
  <w:endnote w:type="continuationSeparator" w:id="0">
    <w:p w14:paraId="72B6D912" w14:textId="77777777" w:rsidR="00D76D7B" w:rsidRDefault="00D76D7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1EDD6" w14:textId="77777777" w:rsidR="00D76D7B" w:rsidRDefault="00D76D7B" w:rsidP="006521CC">
      <w:pPr>
        <w:spacing w:after="0" w:line="240" w:lineRule="auto"/>
      </w:pPr>
      <w:r>
        <w:separator/>
      </w:r>
    </w:p>
  </w:footnote>
  <w:footnote w:type="continuationSeparator" w:id="0">
    <w:p w14:paraId="1BCC1737" w14:textId="77777777" w:rsidR="00D76D7B" w:rsidRDefault="00D76D7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76D7B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2026-09-03T08:38:00Z</dcterms:created>
  <dcterms:modified xsi:type="dcterms:W3CDTF">2026-09-03T08:38:00Z</dcterms:modified>
  <cp:category/>
</cp:coreProperties>
</file>