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988EEC3" w:rsidR="00C360BD" w:rsidRDefault="005178C0" w:rsidP="00C360BD">
      <w:pPr>
        <w:jc w:val="center"/>
        <w:rPr>
          <w:b/>
          <w:sz w:val="24"/>
        </w:rPr>
      </w:pPr>
      <w:r w:rsidRPr="005178C0">
        <w:rPr>
          <w:b/>
          <w:sz w:val="24"/>
        </w:rPr>
        <w:t>Adam Senetra</w:t>
      </w:r>
      <w:r w:rsidRPr="005178C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178C0">
        <w:rPr>
          <w:b/>
          <w:sz w:val="24"/>
        </w:rPr>
        <w:t xml:space="preserve">University of Warmia and </w:t>
      </w:r>
      <w:proofErr w:type="spellStart"/>
      <w:r w:rsidRPr="005178C0">
        <w:rPr>
          <w:b/>
          <w:sz w:val="24"/>
        </w:rPr>
        <w:t>Mazury</w:t>
      </w:r>
      <w:proofErr w:type="spellEnd"/>
      <w:r w:rsidRPr="005178C0">
        <w:rPr>
          <w:b/>
          <w:sz w:val="24"/>
        </w:rPr>
        <w:t xml:space="preserve"> in Olsztyn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13AC86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178C0" w:rsidRPr="005178C0">
        <w:t xml:space="preserve">Multisensory Landscape: Is the landscape perception through various senses </w:t>
      </w:r>
      <w:r w:rsidR="005178C0">
        <w:br/>
      </w:r>
      <w:r w:rsidR="005178C0" w:rsidRPr="005178C0">
        <w:t>a function of age and changing civilizational conditions?</w:t>
      </w:r>
      <w:r>
        <w:t>”</w:t>
      </w:r>
      <w:r w:rsidR="0048495F">
        <w:t xml:space="preserve"> </w:t>
      </w:r>
    </w:p>
    <w:p w14:paraId="16DB20D1" w14:textId="15582D2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765F6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4099" w14:textId="77777777" w:rsidR="008D2C4C" w:rsidRDefault="008D2C4C" w:rsidP="006521CC">
      <w:pPr>
        <w:spacing w:after="0" w:line="240" w:lineRule="auto"/>
      </w:pPr>
      <w:r>
        <w:separator/>
      </w:r>
    </w:p>
  </w:endnote>
  <w:endnote w:type="continuationSeparator" w:id="0">
    <w:p w14:paraId="6E1BFDF0" w14:textId="77777777" w:rsidR="008D2C4C" w:rsidRDefault="008D2C4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F754" w14:textId="77777777" w:rsidR="008D2C4C" w:rsidRDefault="008D2C4C" w:rsidP="006521CC">
      <w:pPr>
        <w:spacing w:after="0" w:line="240" w:lineRule="auto"/>
      </w:pPr>
      <w:r>
        <w:separator/>
      </w:r>
    </w:p>
  </w:footnote>
  <w:footnote w:type="continuationSeparator" w:id="0">
    <w:p w14:paraId="18404573" w14:textId="77777777" w:rsidR="008D2C4C" w:rsidRDefault="008D2C4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D2C4C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2026-09-03T09:11:00Z</dcterms:created>
  <dcterms:modified xsi:type="dcterms:W3CDTF">2026-09-03T09:11:00Z</dcterms:modified>
  <cp:category/>
</cp:coreProperties>
</file>