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3109E9A" w:rsidR="00C360BD" w:rsidRDefault="00591F7E" w:rsidP="00C360BD">
      <w:pPr>
        <w:jc w:val="center"/>
        <w:rPr>
          <w:b/>
          <w:sz w:val="24"/>
        </w:rPr>
      </w:pPr>
      <w:r>
        <w:rPr>
          <w:b/>
          <w:sz w:val="24"/>
        </w:rPr>
        <w:t>Štefan Gábor</w:t>
      </w:r>
      <w:r w:rsidR="00C932DF" w:rsidRPr="00C932D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91F7E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B2391EF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91F7E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91F7E" w:rsidRPr="00591F7E">
        <w:t xml:space="preserve">Towards More Reliable Spatial Analyses of Shared Micromobility: </w:t>
      </w:r>
      <w:r w:rsidR="00591F7E">
        <w:br/>
      </w:r>
      <w:r w:rsidR="00591F7E" w:rsidRPr="00591F7E">
        <w:t>A Network Snapping Approach</w:t>
      </w:r>
      <w:r>
        <w:t>”</w:t>
      </w:r>
      <w:r w:rsidR="0048495F">
        <w:t xml:space="preserve"> </w:t>
      </w:r>
    </w:p>
    <w:p w14:paraId="16DB20D1" w14:textId="4114147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91F7E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40D20" w14:textId="77777777" w:rsidR="00C4439C" w:rsidRDefault="00C4439C" w:rsidP="006521CC">
      <w:pPr>
        <w:spacing w:after="0" w:line="240" w:lineRule="auto"/>
      </w:pPr>
      <w:r>
        <w:separator/>
      </w:r>
    </w:p>
  </w:endnote>
  <w:endnote w:type="continuationSeparator" w:id="0">
    <w:p w14:paraId="094CD775" w14:textId="77777777" w:rsidR="00C4439C" w:rsidRDefault="00C4439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A92E5" w14:textId="77777777" w:rsidR="00C4439C" w:rsidRDefault="00C4439C" w:rsidP="006521CC">
      <w:pPr>
        <w:spacing w:after="0" w:line="240" w:lineRule="auto"/>
      </w:pPr>
      <w:r>
        <w:separator/>
      </w:r>
    </w:p>
  </w:footnote>
  <w:footnote w:type="continuationSeparator" w:id="0">
    <w:p w14:paraId="71068CF7" w14:textId="77777777" w:rsidR="00C4439C" w:rsidRDefault="00C4439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F738E"/>
    <w:rsid w:val="00503E25"/>
    <w:rsid w:val="005216FA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F3A40"/>
    <w:rsid w:val="00920391"/>
    <w:rsid w:val="009863E5"/>
    <w:rsid w:val="009A6F72"/>
    <w:rsid w:val="009B0BC2"/>
    <w:rsid w:val="009B18AC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4439C"/>
    <w:rsid w:val="00C56B91"/>
    <w:rsid w:val="00C90425"/>
    <w:rsid w:val="00C932DF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2026-09-02T12:16:00Z</dcterms:created>
  <dcterms:modified xsi:type="dcterms:W3CDTF">2026-09-02T12:16:00Z</dcterms:modified>
  <cp:category/>
</cp:coreProperties>
</file>