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4F3DED6" w:rsidR="00C360BD" w:rsidRDefault="00B05A79" w:rsidP="00C360BD">
      <w:pPr>
        <w:jc w:val="center"/>
        <w:rPr>
          <w:b/>
          <w:sz w:val="24"/>
        </w:rPr>
      </w:pPr>
      <w:r>
        <w:rPr>
          <w:b/>
          <w:sz w:val="24"/>
        </w:rPr>
        <w:t>Vladimír Székely</w:t>
      </w:r>
      <w:r w:rsidR="00FF575C" w:rsidRPr="00FF575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proofErr w:type="spellStart"/>
      <w:r w:rsidRPr="00B05A79">
        <w:rPr>
          <w:b/>
          <w:sz w:val="24"/>
          <w:lang w:val="sk-SK"/>
        </w:rPr>
        <w:t>Institute</w:t>
      </w:r>
      <w:proofErr w:type="spellEnd"/>
      <w:r w:rsidRPr="00B05A79">
        <w:rPr>
          <w:b/>
          <w:sz w:val="24"/>
          <w:lang w:val="sk-SK"/>
        </w:rPr>
        <w:t xml:space="preserve"> of </w:t>
      </w:r>
      <w:proofErr w:type="spellStart"/>
      <w:r w:rsidRPr="00B05A79">
        <w:rPr>
          <w:b/>
          <w:sz w:val="24"/>
          <w:lang w:val="sk-SK"/>
        </w:rPr>
        <w:t>Geography</w:t>
      </w:r>
      <w:proofErr w:type="spellEnd"/>
      <w:r w:rsidRPr="00B05A79">
        <w:rPr>
          <w:b/>
          <w:sz w:val="24"/>
          <w:lang w:val="sk-SK"/>
        </w:rPr>
        <w:t xml:space="preserve">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4BBD32D" w:rsidR="00920391" w:rsidRDefault="00920391" w:rsidP="008B2A7A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05A79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05A79" w:rsidRPr="00B05A79">
        <w:t>Public transport accessibility and rural left-</w:t>
      </w:r>
      <w:proofErr w:type="spellStart"/>
      <w:r w:rsidR="00B05A79" w:rsidRPr="00B05A79">
        <w:t>behindness</w:t>
      </w:r>
      <w:proofErr w:type="spellEnd"/>
      <w:r w:rsidR="00B05A79" w:rsidRPr="00B05A79">
        <w:t xml:space="preserve">: case study from </w:t>
      </w:r>
      <w:proofErr w:type="spellStart"/>
      <w:r w:rsidR="00B05A79" w:rsidRPr="00B05A79">
        <w:t>Krupina</w:t>
      </w:r>
      <w:proofErr w:type="spellEnd"/>
      <w:r w:rsidR="00B05A79" w:rsidRPr="00B05A79">
        <w:t xml:space="preserve"> district (Slovakia)</w:t>
      </w:r>
      <w:r w:rsidR="005A5AF6">
        <w:t>”</w:t>
      </w:r>
    </w:p>
    <w:p w14:paraId="16DB20D1" w14:textId="6C19310B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B0CD7">
        <w:t>2</w:t>
      </w:r>
      <w:r w:rsidR="003B0FD0">
        <w:t>5</w:t>
      </w:r>
      <w:r w:rsidR="008B0CD7">
        <w:t>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159CD" w14:textId="77777777" w:rsidR="00C6214D" w:rsidRDefault="00C6214D" w:rsidP="006521CC">
      <w:pPr>
        <w:spacing w:after="0" w:line="240" w:lineRule="auto"/>
      </w:pPr>
      <w:r>
        <w:separator/>
      </w:r>
    </w:p>
  </w:endnote>
  <w:endnote w:type="continuationSeparator" w:id="0">
    <w:p w14:paraId="6228A50A" w14:textId="77777777" w:rsidR="00C6214D" w:rsidRDefault="00C6214D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F162F" w14:textId="77777777" w:rsidR="00C6214D" w:rsidRDefault="00C6214D" w:rsidP="006521CC">
      <w:pPr>
        <w:spacing w:after="0" w:line="240" w:lineRule="auto"/>
      </w:pPr>
      <w:r>
        <w:separator/>
      </w:r>
    </w:p>
  </w:footnote>
  <w:footnote w:type="continuationSeparator" w:id="0">
    <w:p w14:paraId="51A86881" w14:textId="77777777" w:rsidR="00C6214D" w:rsidRDefault="00C6214D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65E6B"/>
    <w:rsid w:val="00181F7B"/>
    <w:rsid w:val="001E229C"/>
    <w:rsid w:val="0020168D"/>
    <w:rsid w:val="00203C34"/>
    <w:rsid w:val="0029639D"/>
    <w:rsid w:val="002F361F"/>
    <w:rsid w:val="00326F90"/>
    <w:rsid w:val="003750F1"/>
    <w:rsid w:val="003B0FD0"/>
    <w:rsid w:val="003F76C2"/>
    <w:rsid w:val="00414459"/>
    <w:rsid w:val="00493A5A"/>
    <w:rsid w:val="004B0E15"/>
    <w:rsid w:val="00550CB0"/>
    <w:rsid w:val="005A5AF6"/>
    <w:rsid w:val="00614554"/>
    <w:rsid w:val="006214EA"/>
    <w:rsid w:val="006521CC"/>
    <w:rsid w:val="006A6E15"/>
    <w:rsid w:val="007F45AD"/>
    <w:rsid w:val="00831866"/>
    <w:rsid w:val="00835148"/>
    <w:rsid w:val="008B0CD7"/>
    <w:rsid w:val="008B2A7A"/>
    <w:rsid w:val="008C46AA"/>
    <w:rsid w:val="00920391"/>
    <w:rsid w:val="009773EF"/>
    <w:rsid w:val="009A6F72"/>
    <w:rsid w:val="009B18AC"/>
    <w:rsid w:val="00A4273C"/>
    <w:rsid w:val="00A5216A"/>
    <w:rsid w:val="00A727D4"/>
    <w:rsid w:val="00AA1D8D"/>
    <w:rsid w:val="00B05A79"/>
    <w:rsid w:val="00B269AE"/>
    <w:rsid w:val="00B47730"/>
    <w:rsid w:val="00B81C0E"/>
    <w:rsid w:val="00C360BD"/>
    <w:rsid w:val="00C6214D"/>
    <w:rsid w:val="00C90425"/>
    <w:rsid w:val="00CB0664"/>
    <w:rsid w:val="00CC4D3C"/>
    <w:rsid w:val="00DC5185"/>
    <w:rsid w:val="00DD76E8"/>
    <w:rsid w:val="00DF153E"/>
    <w:rsid w:val="00E94489"/>
    <w:rsid w:val="00EA05B6"/>
    <w:rsid w:val="00ED254B"/>
    <w:rsid w:val="00FC693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2026-09-02T10:53:00Z</dcterms:created>
  <dcterms:modified xsi:type="dcterms:W3CDTF">2026-09-02T10:53:00Z</dcterms:modified>
  <cp:category/>
</cp:coreProperties>
</file>