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777777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B43A35C" w:rsidR="00C360BD" w:rsidRDefault="00ED254B" w:rsidP="00C360BD">
      <w:pPr>
        <w:jc w:val="center"/>
        <w:rPr>
          <w:b/>
          <w:sz w:val="24"/>
        </w:rPr>
      </w:pPr>
      <w:r>
        <w:rPr>
          <w:b/>
          <w:sz w:val="24"/>
        </w:rPr>
        <w:t>Petr Dvořák</w:t>
      </w:r>
      <w:r w:rsidR="009A6F7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E94489" w:rsidRPr="00E94489">
        <w:rPr>
          <w:b/>
          <w:sz w:val="24"/>
          <w:lang w:val="sk-SK"/>
        </w:rPr>
        <w:t xml:space="preserve">University of </w:t>
      </w:r>
      <w:r>
        <w:rPr>
          <w:b/>
          <w:sz w:val="24"/>
          <w:lang w:val="sk-SK"/>
        </w:rPr>
        <w:t>Ostrava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98C5DC5" w:rsidR="00920391" w:rsidRDefault="00920391" w:rsidP="00ED254B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ED254B">
        <w:t xml:space="preserve">Waste-to-Energy in Czechia: development potential, spatial </w:t>
      </w:r>
      <w:r w:rsidR="00ED254B">
        <w:br/>
        <w:t>distribution and challenges of social acceptance</w:t>
      </w:r>
      <w:r>
        <w:t>”</w:t>
      </w:r>
    </w:p>
    <w:p w14:paraId="16DB20D1" w14:textId="542C49BA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ED254B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1F42ABE7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r w:rsidR="00920391" w:rsidRPr="00920391">
        <w:rPr>
          <w:rStyle w:val="Vrazn"/>
        </w:rPr>
        <w:t>Občianske združenie PRÍRODOVEDEC</w:t>
      </w:r>
      <w:r>
        <w:br/>
        <w:t>Šrobárova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71CA92F4" w:rsidR="002F361F" w:rsidRDefault="00920391" w:rsidP="00920391">
      <w:pPr>
        <w:jc w:val="both"/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2E3A49E7" w:rsidR="002F361F" w:rsidRDefault="009B18AC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Marián Kireš</w:t>
      </w:r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>OZ Prírodovedec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8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3AEA2" w14:textId="77777777" w:rsidR="00FF7AF3" w:rsidRDefault="00FF7AF3" w:rsidP="006521CC">
      <w:pPr>
        <w:spacing w:after="0" w:line="240" w:lineRule="auto"/>
      </w:pPr>
      <w:r>
        <w:separator/>
      </w:r>
    </w:p>
  </w:endnote>
  <w:endnote w:type="continuationSeparator" w:id="0">
    <w:p w14:paraId="577E01CC" w14:textId="77777777" w:rsidR="00FF7AF3" w:rsidRDefault="00FF7AF3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5B153" w14:textId="77777777" w:rsidR="00FF7AF3" w:rsidRDefault="00FF7AF3" w:rsidP="006521CC">
      <w:pPr>
        <w:spacing w:after="0" w:line="240" w:lineRule="auto"/>
      </w:pPr>
      <w:r>
        <w:separator/>
      </w:r>
    </w:p>
  </w:footnote>
  <w:footnote w:type="continuationSeparator" w:id="0">
    <w:p w14:paraId="5F0AA755" w14:textId="77777777" w:rsidR="00FF7AF3" w:rsidRDefault="00FF7AF3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231954">
    <w:abstractNumId w:val="8"/>
  </w:num>
  <w:num w:numId="2" w16cid:durableId="99180191">
    <w:abstractNumId w:val="6"/>
  </w:num>
  <w:num w:numId="3" w16cid:durableId="1711491164">
    <w:abstractNumId w:val="5"/>
  </w:num>
  <w:num w:numId="4" w16cid:durableId="1912496259">
    <w:abstractNumId w:val="4"/>
  </w:num>
  <w:num w:numId="5" w16cid:durableId="817459100">
    <w:abstractNumId w:val="7"/>
  </w:num>
  <w:num w:numId="6" w16cid:durableId="1900021161">
    <w:abstractNumId w:val="3"/>
  </w:num>
  <w:num w:numId="7" w16cid:durableId="850801207">
    <w:abstractNumId w:val="2"/>
  </w:num>
  <w:num w:numId="8" w16cid:durableId="975336264">
    <w:abstractNumId w:val="1"/>
  </w:num>
  <w:num w:numId="9" w16cid:durableId="212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EB7"/>
    <w:rsid w:val="00181F7B"/>
    <w:rsid w:val="001E229C"/>
    <w:rsid w:val="0020168D"/>
    <w:rsid w:val="00203C34"/>
    <w:rsid w:val="00241BFA"/>
    <w:rsid w:val="0029639D"/>
    <w:rsid w:val="002F361F"/>
    <w:rsid w:val="00326F90"/>
    <w:rsid w:val="003F76C2"/>
    <w:rsid w:val="00414459"/>
    <w:rsid w:val="004B0E15"/>
    <w:rsid w:val="00550CB0"/>
    <w:rsid w:val="00614554"/>
    <w:rsid w:val="006214EA"/>
    <w:rsid w:val="006521CC"/>
    <w:rsid w:val="006A6E15"/>
    <w:rsid w:val="007F45AD"/>
    <w:rsid w:val="008C46AA"/>
    <w:rsid w:val="00920391"/>
    <w:rsid w:val="00960707"/>
    <w:rsid w:val="009773EF"/>
    <w:rsid w:val="009A6F72"/>
    <w:rsid w:val="009B18AC"/>
    <w:rsid w:val="00A5216A"/>
    <w:rsid w:val="00AA1D8D"/>
    <w:rsid w:val="00B47730"/>
    <w:rsid w:val="00C360BD"/>
    <w:rsid w:val="00C90425"/>
    <w:rsid w:val="00CB0664"/>
    <w:rsid w:val="00DC5185"/>
    <w:rsid w:val="00DD76E8"/>
    <w:rsid w:val="00DF153E"/>
    <w:rsid w:val="00E94489"/>
    <w:rsid w:val="00ED254B"/>
    <w:rsid w:val="00F96D81"/>
    <w:rsid w:val="00FC693F"/>
    <w:rsid w:val="00FF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0A9221-CA49-4CA7-A5E2-56310DFA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3</cp:revision>
  <dcterms:created xsi:type="dcterms:W3CDTF">2026-09-02T10:22:00Z</dcterms:created>
  <dcterms:modified xsi:type="dcterms:W3CDTF">2026-09-02T10:56:00Z</dcterms:modified>
  <cp:category/>
</cp:coreProperties>
</file>