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266F1D3" w:rsidR="00C360BD" w:rsidRDefault="00CC4D3C" w:rsidP="00C360BD">
      <w:pPr>
        <w:jc w:val="center"/>
        <w:rPr>
          <w:b/>
          <w:sz w:val="24"/>
        </w:rPr>
      </w:pPr>
      <w:r>
        <w:rPr>
          <w:b/>
          <w:sz w:val="24"/>
        </w:rPr>
        <w:t>Pavol Korec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C4D3C">
        <w:rPr>
          <w:b/>
          <w:sz w:val="24"/>
          <w:lang w:val="sk-SK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3A70A73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C4D3C" w:rsidRPr="00CC4D3C">
        <w:t>Social polarization in Slovakia, global and national impulses</w:t>
      </w:r>
      <w:r>
        <w:t>”</w:t>
      </w:r>
    </w:p>
    <w:p w14:paraId="16DB20D1" w14:textId="3588F7C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C4D3C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631E8" w14:textId="77777777" w:rsidR="00F1012B" w:rsidRDefault="00F1012B" w:rsidP="006521CC">
      <w:pPr>
        <w:spacing w:after="0" w:line="240" w:lineRule="auto"/>
      </w:pPr>
      <w:r>
        <w:separator/>
      </w:r>
    </w:p>
  </w:endnote>
  <w:endnote w:type="continuationSeparator" w:id="0">
    <w:p w14:paraId="7E20B626" w14:textId="77777777" w:rsidR="00F1012B" w:rsidRDefault="00F1012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64FA" w14:textId="77777777" w:rsidR="00F1012B" w:rsidRDefault="00F1012B" w:rsidP="006521CC">
      <w:pPr>
        <w:spacing w:after="0" w:line="240" w:lineRule="auto"/>
      </w:pPr>
      <w:r>
        <w:separator/>
      </w:r>
    </w:p>
  </w:footnote>
  <w:footnote w:type="continuationSeparator" w:id="0">
    <w:p w14:paraId="34FDE7BF" w14:textId="77777777" w:rsidR="00F1012B" w:rsidRDefault="00F1012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F76C2"/>
    <w:rsid w:val="00414459"/>
    <w:rsid w:val="004B0E15"/>
    <w:rsid w:val="00550CB0"/>
    <w:rsid w:val="00614554"/>
    <w:rsid w:val="006214EA"/>
    <w:rsid w:val="006333F8"/>
    <w:rsid w:val="006521CC"/>
    <w:rsid w:val="006A6E15"/>
    <w:rsid w:val="007F45AD"/>
    <w:rsid w:val="008C46AA"/>
    <w:rsid w:val="00920391"/>
    <w:rsid w:val="009773EF"/>
    <w:rsid w:val="009A6F72"/>
    <w:rsid w:val="009B18AC"/>
    <w:rsid w:val="00A5216A"/>
    <w:rsid w:val="00AA1D8D"/>
    <w:rsid w:val="00B47730"/>
    <w:rsid w:val="00C360BD"/>
    <w:rsid w:val="00C90425"/>
    <w:rsid w:val="00CB0664"/>
    <w:rsid w:val="00CC4D3C"/>
    <w:rsid w:val="00D84122"/>
    <w:rsid w:val="00DC5185"/>
    <w:rsid w:val="00DD76E8"/>
    <w:rsid w:val="00DF153E"/>
    <w:rsid w:val="00E94489"/>
    <w:rsid w:val="00EA05B6"/>
    <w:rsid w:val="00ED254B"/>
    <w:rsid w:val="00F101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2026-09-02T10:38:00Z</dcterms:created>
  <dcterms:modified xsi:type="dcterms:W3CDTF">2026-09-02T10:56:00Z</dcterms:modified>
  <cp:category/>
</cp:coreProperties>
</file>