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946D9D9" w:rsidR="00C360BD" w:rsidRDefault="000D4276" w:rsidP="00C360BD">
      <w:pPr>
        <w:jc w:val="center"/>
        <w:rPr>
          <w:b/>
          <w:sz w:val="24"/>
        </w:rPr>
      </w:pPr>
      <w:r>
        <w:rPr>
          <w:b/>
          <w:sz w:val="24"/>
        </w:rPr>
        <w:t>Pavel Hronček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903CC7" w:rsidRPr="00903CC7">
        <w:rPr>
          <w:b/>
          <w:sz w:val="24"/>
          <w:lang w:val="sk-SK"/>
        </w:rPr>
        <w:t>Matej Bel University in Banská Bystrica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5889797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D4276" w:rsidRPr="000D4276">
        <w:t>A Historical-Geographical Reconstruction of Water Bodies in the Lower Course of the Hron River Based on the Work of Matej Bel</w:t>
      </w:r>
      <w:r>
        <w:t>”</w:t>
      </w:r>
    </w:p>
    <w:p w14:paraId="16DB20D1" w14:textId="346DEE9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D254B">
        <w:t>2</w:t>
      </w:r>
      <w:r w:rsidR="000D4276">
        <w:t>2</w:t>
      </w:r>
      <w:r w:rsidR="00ED254B">
        <w:t>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90B6C" w14:textId="77777777" w:rsidR="008E6ACE" w:rsidRDefault="008E6ACE" w:rsidP="006521CC">
      <w:pPr>
        <w:spacing w:after="0" w:line="240" w:lineRule="auto"/>
      </w:pPr>
      <w:r>
        <w:separator/>
      </w:r>
    </w:p>
  </w:endnote>
  <w:endnote w:type="continuationSeparator" w:id="0">
    <w:p w14:paraId="1E2A05A5" w14:textId="77777777" w:rsidR="008E6ACE" w:rsidRDefault="008E6AC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011B" w14:textId="77777777" w:rsidR="008E6ACE" w:rsidRDefault="008E6ACE" w:rsidP="006521CC">
      <w:pPr>
        <w:spacing w:after="0" w:line="240" w:lineRule="auto"/>
      </w:pPr>
      <w:r>
        <w:separator/>
      </w:r>
    </w:p>
  </w:footnote>
  <w:footnote w:type="continuationSeparator" w:id="0">
    <w:p w14:paraId="1ABAC8F3" w14:textId="77777777" w:rsidR="008E6ACE" w:rsidRDefault="008E6AC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4276"/>
    <w:rsid w:val="0015074B"/>
    <w:rsid w:val="00151EB7"/>
    <w:rsid w:val="00181F7B"/>
    <w:rsid w:val="001E229C"/>
    <w:rsid w:val="0020168D"/>
    <w:rsid w:val="00203C34"/>
    <w:rsid w:val="0029639D"/>
    <w:rsid w:val="002C23BE"/>
    <w:rsid w:val="002F361F"/>
    <w:rsid w:val="00326F90"/>
    <w:rsid w:val="003F76C2"/>
    <w:rsid w:val="00414459"/>
    <w:rsid w:val="004B0E15"/>
    <w:rsid w:val="004F6489"/>
    <w:rsid w:val="00550CB0"/>
    <w:rsid w:val="00614554"/>
    <w:rsid w:val="006214EA"/>
    <w:rsid w:val="006521CC"/>
    <w:rsid w:val="006A6E15"/>
    <w:rsid w:val="007F45AD"/>
    <w:rsid w:val="008C46AA"/>
    <w:rsid w:val="008E6ACE"/>
    <w:rsid w:val="00903CC7"/>
    <w:rsid w:val="00920391"/>
    <w:rsid w:val="009773EF"/>
    <w:rsid w:val="009A6F72"/>
    <w:rsid w:val="009B18AC"/>
    <w:rsid w:val="00A5216A"/>
    <w:rsid w:val="00AA1D8D"/>
    <w:rsid w:val="00B47730"/>
    <w:rsid w:val="00C360BD"/>
    <w:rsid w:val="00C90425"/>
    <w:rsid w:val="00CB0664"/>
    <w:rsid w:val="00DC5185"/>
    <w:rsid w:val="00DD76E8"/>
    <w:rsid w:val="00DF153E"/>
    <w:rsid w:val="00E94489"/>
    <w:rsid w:val="00EA05B6"/>
    <w:rsid w:val="00ED25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4</cp:revision>
  <dcterms:created xsi:type="dcterms:W3CDTF">2026-09-02T10:27:00Z</dcterms:created>
  <dcterms:modified xsi:type="dcterms:W3CDTF">2026-09-02T10:56:00Z</dcterms:modified>
  <cp:category/>
</cp:coreProperties>
</file>