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777777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61FFC53E" w:rsidR="00C360BD" w:rsidRDefault="00784A51" w:rsidP="00C360BD">
      <w:pPr>
        <w:jc w:val="center"/>
        <w:rPr>
          <w:b/>
          <w:sz w:val="24"/>
        </w:rPr>
      </w:pPr>
      <w:r>
        <w:rPr>
          <w:b/>
          <w:sz w:val="24"/>
        </w:rPr>
        <w:t>Milan Takáč</w:t>
      </w:r>
      <w:r w:rsidR="00FF575C" w:rsidRPr="00FF575C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proofErr w:type="spellStart"/>
      <w:r w:rsidRPr="00784A51">
        <w:rPr>
          <w:b/>
          <w:sz w:val="24"/>
          <w:lang w:val="sk-SK"/>
        </w:rPr>
        <w:t>Institute</w:t>
      </w:r>
      <w:proofErr w:type="spellEnd"/>
      <w:r w:rsidRPr="00784A51">
        <w:rPr>
          <w:b/>
          <w:sz w:val="24"/>
          <w:lang w:val="sk-SK"/>
        </w:rPr>
        <w:t xml:space="preserve"> of </w:t>
      </w:r>
      <w:proofErr w:type="spellStart"/>
      <w:r w:rsidRPr="00784A51">
        <w:rPr>
          <w:b/>
          <w:sz w:val="24"/>
          <w:lang w:val="sk-SK"/>
        </w:rPr>
        <w:t>Agricultural</w:t>
      </w:r>
      <w:proofErr w:type="spellEnd"/>
      <w:r w:rsidRPr="00784A51">
        <w:rPr>
          <w:b/>
          <w:sz w:val="24"/>
          <w:lang w:val="sk-SK"/>
        </w:rPr>
        <w:t xml:space="preserve"> </w:t>
      </w:r>
      <w:proofErr w:type="spellStart"/>
      <w:r w:rsidRPr="00784A51">
        <w:rPr>
          <w:b/>
          <w:sz w:val="24"/>
          <w:lang w:val="sk-SK"/>
        </w:rPr>
        <w:t>Economics</w:t>
      </w:r>
      <w:proofErr w:type="spellEnd"/>
      <w:r w:rsidRPr="00784A51">
        <w:rPr>
          <w:b/>
          <w:sz w:val="24"/>
          <w:lang w:val="sk-SK"/>
        </w:rPr>
        <w:t xml:space="preserve"> and </w:t>
      </w:r>
      <w:proofErr w:type="spellStart"/>
      <w:r w:rsidRPr="00784A51">
        <w:rPr>
          <w:b/>
          <w:sz w:val="24"/>
          <w:lang w:val="sk-SK"/>
        </w:rPr>
        <w:t>Information</w:t>
      </w:r>
      <w:proofErr w:type="spellEnd"/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0E493FDB" w:rsidR="00920391" w:rsidRDefault="00920391" w:rsidP="008B2A7A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B05A79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784A51" w:rsidRPr="00784A51">
        <w:t xml:space="preserve">The Relationship between Municipality Size and Selected Population Characteristics </w:t>
      </w:r>
      <w:r w:rsidR="00784A51">
        <w:br/>
      </w:r>
      <w:r w:rsidR="00784A51" w:rsidRPr="00784A51">
        <w:t>in Czechia and Slovakia</w:t>
      </w:r>
      <w:r w:rsidR="005A5AF6">
        <w:t>”</w:t>
      </w:r>
    </w:p>
    <w:p w14:paraId="16DB20D1" w14:textId="7B2C3ACC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784A51">
        <w:t>220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1F42ABE7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71CA92F4" w:rsidR="002F361F" w:rsidRDefault="00920391" w:rsidP="00920391">
      <w:pPr>
        <w:jc w:val="both"/>
      </w:pPr>
      <w:r w:rsidRPr="00920391">
        <w:rPr>
          <w:sz w:val="20"/>
        </w:rPr>
        <w:t>This certificate serves as an official confirmation of participation and paym</w:t>
      </w:r>
      <w:r>
        <w:rPr>
          <w:sz w:val="20"/>
        </w:rPr>
        <w:t xml:space="preserve">ent and is issued for academic, </w:t>
      </w:r>
      <w:r w:rsidRPr="00920391">
        <w:rPr>
          <w:sz w:val="20"/>
        </w:rPr>
        <w:t>administrative, and accounting purposes.</w:t>
      </w:r>
      <w:r w:rsidR="009B18AC"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2E3A49E7" w:rsidR="002F361F" w:rsidRDefault="009B18AC"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8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ED911" w14:textId="77777777" w:rsidR="0008561A" w:rsidRDefault="0008561A" w:rsidP="006521CC">
      <w:pPr>
        <w:spacing w:after="0" w:line="240" w:lineRule="auto"/>
      </w:pPr>
      <w:r>
        <w:separator/>
      </w:r>
    </w:p>
  </w:endnote>
  <w:endnote w:type="continuationSeparator" w:id="0">
    <w:p w14:paraId="6145141E" w14:textId="77777777" w:rsidR="0008561A" w:rsidRDefault="0008561A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42E84" w14:textId="77777777" w:rsidR="0008561A" w:rsidRDefault="0008561A" w:rsidP="006521CC">
      <w:pPr>
        <w:spacing w:after="0" w:line="240" w:lineRule="auto"/>
      </w:pPr>
      <w:r>
        <w:separator/>
      </w:r>
    </w:p>
  </w:footnote>
  <w:footnote w:type="continuationSeparator" w:id="0">
    <w:p w14:paraId="21C1C3EA" w14:textId="77777777" w:rsidR="0008561A" w:rsidRDefault="0008561A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4231954">
    <w:abstractNumId w:val="8"/>
  </w:num>
  <w:num w:numId="2" w16cid:durableId="99180191">
    <w:abstractNumId w:val="6"/>
  </w:num>
  <w:num w:numId="3" w16cid:durableId="1711491164">
    <w:abstractNumId w:val="5"/>
  </w:num>
  <w:num w:numId="4" w16cid:durableId="1912496259">
    <w:abstractNumId w:val="4"/>
  </w:num>
  <w:num w:numId="5" w16cid:durableId="817459100">
    <w:abstractNumId w:val="7"/>
  </w:num>
  <w:num w:numId="6" w16cid:durableId="1900021161">
    <w:abstractNumId w:val="3"/>
  </w:num>
  <w:num w:numId="7" w16cid:durableId="850801207">
    <w:abstractNumId w:val="2"/>
  </w:num>
  <w:num w:numId="8" w16cid:durableId="975336264">
    <w:abstractNumId w:val="1"/>
  </w:num>
  <w:num w:numId="9" w16cid:durableId="2129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561A"/>
    <w:rsid w:val="0015074B"/>
    <w:rsid w:val="00151EB7"/>
    <w:rsid w:val="00165E6B"/>
    <w:rsid w:val="00181F7B"/>
    <w:rsid w:val="001E229C"/>
    <w:rsid w:val="0020168D"/>
    <w:rsid w:val="00203C34"/>
    <w:rsid w:val="0029639D"/>
    <w:rsid w:val="002F361F"/>
    <w:rsid w:val="00326F90"/>
    <w:rsid w:val="003750F1"/>
    <w:rsid w:val="003B0FD0"/>
    <w:rsid w:val="003F76C2"/>
    <w:rsid w:val="00414459"/>
    <w:rsid w:val="00493A5A"/>
    <w:rsid w:val="004B0E15"/>
    <w:rsid w:val="00550CB0"/>
    <w:rsid w:val="005A5AF6"/>
    <w:rsid w:val="00614554"/>
    <w:rsid w:val="006214EA"/>
    <w:rsid w:val="006521CC"/>
    <w:rsid w:val="006A6E15"/>
    <w:rsid w:val="00784A51"/>
    <w:rsid w:val="007F45AD"/>
    <w:rsid w:val="00831866"/>
    <w:rsid w:val="00835148"/>
    <w:rsid w:val="008B0CD7"/>
    <w:rsid w:val="008B2A7A"/>
    <w:rsid w:val="008C46AA"/>
    <w:rsid w:val="00920391"/>
    <w:rsid w:val="009773EF"/>
    <w:rsid w:val="009A6F72"/>
    <w:rsid w:val="009B18AC"/>
    <w:rsid w:val="00A4273C"/>
    <w:rsid w:val="00A5216A"/>
    <w:rsid w:val="00A727D4"/>
    <w:rsid w:val="00AA1D8D"/>
    <w:rsid w:val="00B05A79"/>
    <w:rsid w:val="00B269AE"/>
    <w:rsid w:val="00B47730"/>
    <w:rsid w:val="00B81C0E"/>
    <w:rsid w:val="00C360BD"/>
    <w:rsid w:val="00C90425"/>
    <w:rsid w:val="00CB0664"/>
    <w:rsid w:val="00CC4D3C"/>
    <w:rsid w:val="00DC5185"/>
    <w:rsid w:val="00DD76E8"/>
    <w:rsid w:val="00DF153E"/>
    <w:rsid w:val="00E94489"/>
    <w:rsid w:val="00EA05B6"/>
    <w:rsid w:val="00ED254B"/>
    <w:rsid w:val="00FC693F"/>
    <w:rsid w:val="00FF5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0A9221-CA49-4CA7-A5E2-56310DFAA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2026-09-02T10:54:00Z</dcterms:created>
  <dcterms:modified xsi:type="dcterms:W3CDTF">2026-09-02T10:54:00Z</dcterms:modified>
  <cp:category/>
</cp:coreProperties>
</file>