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777777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4F63CE6E" w:rsidR="00C360BD" w:rsidRDefault="0068159A" w:rsidP="00C360BD">
      <w:pPr>
        <w:jc w:val="center"/>
        <w:rPr>
          <w:b/>
          <w:sz w:val="24"/>
        </w:rPr>
      </w:pPr>
      <w:r>
        <w:rPr>
          <w:b/>
          <w:sz w:val="24"/>
        </w:rPr>
        <w:t>Martin Kebza</w:t>
      </w:r>
      <w:r w:rsidR="00F607F0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="00921D1B" w:rsidRPr="00921D1B">
        <w:rPr>
          <w:b/>
          <w:sz w:val="24"/>
          <w:lang w:val="sk-SK"/>
        </w:rPr>
        <w:t>University of West Bohemia in Pilsen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30C10B0A" w:rsidR="00920391" w:rsidRDefault="00920391" w:rsidP="00ED254B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921D1B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921D1B" w:rsidRPr="00921D1B">
        <w:t>The development of socio-economic polarization in Banská Bystrica Region</w:t>
      </w:r>
      <w:r>
        <w:t>”</w:t>
      </w:r>
    </w:p>
    <w:p w14:paraId="16DB20D1" w14:textId="299226F7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68159A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1F42ABE7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r w:rsidR="00920391" w:rsidRPr="00920391">
        <w:rPr>
          <w:rStyle w:val="Vrazn"/>
        </w:rPr>
        <w:t>Občianske združenie PRÍRODOVEDEC</w:t>
      </w:r>
      <w:r>
        <w:br/>
        <w:t>Šrobárova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71CA92F4" w:rsidR="002F361F" w:rsidRDefault="00920391" w:rsidP="00920391">
      <w:pPr>
        <w:jc w:val="both"/>
      </w:pPr>
      <w:r w:rsidRPr="00920391">
        <w:rPr>
          <w:sz w:val="20"/>
        </w:rPr>
        <w:t>This certificate serves as an official confirmation of participation and paym</w:t>
      </w:r>
      <w:r>
        <w:rPr>
          <w:sz w:val="20"/>
        </w:rPr>
        <w:t xml:space="preserve">ent and is issued for academic, </w:t>
      </w:r>
      <w:r w:rsidRPr="00920391">
        <w:rPr>
          <w:sz w:val="20"/>
        </w:rPr>
        <w:t>administrative, and accounting purposes.</w:t>
      </w:r>
      <w:r w:rsidR="009B18AC"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2E3A49E7" w:rsidR="002F361F" w:rsidRDefault="009B18AC"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Marián Kireš</w:t>
      </w:r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>OZ Prírodovedec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8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50907" w14:textId="77777777" w:rsidR="00AA27C7" w:rsidRDefault="00AA27C7" w:rsidP="006521CC">
      <w:pPr>
        <w:spacing w:after="0" w:line="240" w:lineRule="auto"/>
      </w:pPr>
      <w:r>
        <w:separator/>
      </w:r>
    </w:p>
  </w:endnote>
  <w:endnote w:type="continuationSeparator" w:id="0">
    <w:p w14:paraId="1B4A807F" w14:textId="77777777" w:rsidR="00AA27C7" w:rsidRDefault="00AA27C7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59179" w14:textId="77777777" w:rsidR="00AA27C7" w:rsidRDefault="00AA27C7" w:rsidP="006521CC">
      <w:pPr>
        <w:spacing w:after="0" w:line="240" w:lineRule="auto"/>
      </w:pPr>
      <w:r>
        <w:separator/>
      </w:r>
    </w:p>
  </w:footnote>
  <w:footnote w:type="continuationSeparator" w:id="0">
    <w:p w14:paraId="39082966" w14:textId="77777777" w:rsidR="00AA27C7" w:rsidRDefault="00AA27C7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4231954">
    <w:abstractNumId w:val="8"/>
  </w:num>
  <w:num w:numId="2" w16cid:durableId="99180191">
    <w:abstractNumId w:val="6"/>
  </w:num>
  <w:num w:numId="3" w16cid:durableId="1711491164">
    <w:abstractNumId w:val="5"/>
  </w:num>
  <w:num w:numId="4" w16cid:durableId="1912496259">
    <w:abstractNumId w:val="4"/>
  </w:num>
  <w:num w:numId="5" w16cid:durableId="817459100">
    <w:abstractNumId w:val="7"/>
  </w:num>
  <w:num w:numId="6" w16cid:durableId="1900021161">
    <w:abstractNumId w:val="3"/>
  </w:num>
  <w:num w:numId="7" w16cid:durableId="850801207">
    <w:abstractNumId w:val="2"/>
  </w:num>
  <w:num w:numId="8" w16cid:durableId="975336264">
    <w:abstractNumId w:val="1"/>
  </w:num>
  <w:num w:numId="9" w16cid:durableId="2129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1EB7"/>
    <w:rsid w:val="00181F7B"/>
    <w:rsid w:val="001E229C"/>
    <w:rsid w:val="0020168D"/>
    <w:rsid w:val="00203C34"/>
    <w:rsid w:val="0029639D"/>
    <w:rsid w:val="002F361F"/>
    <w:rsid w:val="00326F90"/>
    <w:rsid w:val="00393D64"/>
    <w:rsid w:val="003D33D8"/>
    <w:rsid w:val="003F76C2"/>
    <w:rsid w:val="00414459"/>
    <w:rsid w:val="004A5214"/>
    <w:rsid w:val="004B0E15"/>
    <w:rsid w:val="00550CB0"/>
    <w:rsid w:val="00614554"/>
    <w:rsid w:val="006214EA"/>
    <w:rsid w:val="006521CC"/>
    <w:rsid w:val="0068159A"/>
    <w:rsid w:val="006A6E15"/>
    <w:rsid w:val="007F45AD"/>
    <w:rsid w:val="008C46AA"/>
    <w:rsid w:val="00920391"/>
    <w:rsid w:val="00921D1B"/>
    <w:rsid w:val="00926B3A"/>
    <w:rsid w:val="009773EF"/>
    <w:rsid w:val="009A6F72"/>
    <w:rsid w:val="009B18AC"/>
    <w:rsid w:val="00A14386"/>
    <w:rsid w:val="00A37AED"/>
    <w:rsid w:val="00A5216A"/>
    <w:rsid w:val="00AA1D8D"/>
    <w:rsid w:val="00AA27C7"/>
    <w:rsid w:val="00B47730"/>
    <w:rsid w:val="00C360BD"/>
    <w:rsid w:val="00C90425"/>
    <w:rsid w:val="00CB0664"/>
    <w:rsid w:val="00DC5185"/>
    <w:rsid w:val="00DD76E8"/>
    <w:rsid w:val="00DF153E"/>
    <w:rsid w:val="00E94489"/>
    <w:rsid w:val="00EA05B6"/>
    <w:rsid w:val="00ED254B"/>
    <w:rsid w:val="00F607F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0A9221-CA49-4CA7-A5E2-56310DFAA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6</cp:revision>
  <dcterms:created xsi:type="dcterms:W3CDTF">2026-09-02T10:33:00Z</dcterms:created>
  <dcterms:modified xsi:type="dcterms:W3CDTF">2026-09-02T10:56:00Z</dcterms:modified>
  <cp:category/>
</cp:coreProperties>
</file>