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D827385" w:rsidR="00C360BD" w:rsidRDefault="00654485" w:rsidP="00C360BD">
      <w:pPr>
        <w:jc w:val="center"/>
        <w:rPr>
          <w:b/>
          <w:sz w:val="24"/>
        </w:rPr>
      </w:pPr>
      <w:r>
        <w:rPr>
          <w:b/>
          <w:sz w:val="24"/>
        </w:rPr>
        <w:t>Marcel Horňák</w:t>
      </w:r>
      <w:r w:rsidR="009A6F7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1C2346" w:rsidRPr="001C2346">
        <w:rPr>
          <w:b/>
          <w:sz w:val="24"/>
          <w:lang w:val="sk-SK"/>
        </w:rPr>
        <w:t>Institute of Geography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4E4383C" w:rsidR="00920391" w:rsidRDefault="00920391" w:rsidP="00ED254B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654485" w:rsidRPr="00654485">
        <w:t>Urban Mobility Constraints in Central European Cities: Recent Evidence, Policy Responses, and Research Gaps</w:t>
      </w:r>
      <w:r>
        <w:t>”</w:t>
      </w:r>
    </w:p>
    <w:p w14:paraId="16DB20D1" w14:textId="736CCCED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654485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r w:rsidR="00920391" w:rsidRPr="00920391">
        <w:rPr>
          <w:rStyle w:val="Vrazn"/>
        </w:rPr>
        <w:t>Občianske združenie PRÍRODOVEDEC</w:t>
      </w:r>
      <w:r>
        <w:br/>
        <w:t>Šrobárova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Marián Kireš</w:t>
      </w:r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>OZ Prírodovedec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E0448" w14:textId="77777777" w:rsidR="00C35C88" w:rsidRDefault="00C35C88" w:rsidP="006521CC">
      <w:pPr>
        <w:spacing w:after="0" w:line="240" w:lineRule="auto"/>
      </w:pPr>
      <w:r>
        <w:separator/>
      </w:r>
    </w:p>
  </w:endnote>
  <w:endnote w:type="continuationSeparator" w:id="0">
    <w:p w14:paraId="570C128D" w14:textId="77777777" w:rsidR="00C35C88" w:rsidRDefault="00C35C8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9DC4C" w14:textId="77777777" w:rsidR="00C35C88" w:rsidRDefault="00C35C88" w:rsidP="006521CC">
      <w:pPr>
        <w:spacing w:after="0" w:line="240" w:lineRule="auto"/>
      </w:pPr>
      <w:r>
        <w:separator/>
      </w:r>
    </w:p>
  </w:footnote>
  <w:footnote w:type="continuationSeparator" w:id="0">
    <w:p w14:paraId="6B6558EE" w14:textId="77777777" w:rsidR="00C35C88" w:rsidRDefault="00C35C8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B7"/>
    <w:rsid w:val="00181F7B"/>
    <w:rsid w:val="001C2346"/>
    <w:rsid w:val="001E229C"/>
    <w:rsid w:val="0020168D"/>
    <w:rsid w:val="00203C34"/>
    <w:rsid w:val="0029639D"/>
    <w:rsid w:val="002F361F"/>
    <w:rsid w:val="00326F90"/>
    <w:rsid w:val="003F76C2"/>
    <w:rsid w:val="00414459"/>
    <w:rsid w:val="004B0E15"/>
    <w:rsid w:val="00550CB0"/>
    <w:rsid w:val="00614554"/>
    <w:rsid w:val="006214EA"/>
    <w:rsid w:val="006521CC"/>
    <w:rsid w:val="00654485"/>
    <w:rsid w:val="006A6E15"/>
    <w:rsid w:val="007F45AD"/>
    <w:rsid w:val="008C46AA"/>
    <w:rsid w:val="00920391"/>
    <w:rsid w:val="009773EF"/>
    <w:rsid w:val="009A6F72"/>
    <w:rsid w:val="009B18AC"/>
    <w:rsid w:val="00A5216A"/>
    <w:rsid w:val="00AA1D8D"/>
    <w:rsid w:val="00AA3CC7"/>
    <w:rsid w:val="00B47730"/>
    <w:rsid w:val="00C35C88"/>
    <w:rsid w:val="00C360BD"/>
    <w:rsid w:val="00C90425"/>
    <w:rsid w:val="00CB0664"/>
    <w:rsid w:val="00DC5185"/>
    <w:rsid w:val="00DD76E8"/>
    <w:rsid w:val="00DF153E"/>
    <w:rsid w:val="00E94489"/>
    <w:rsid w:val="00EA05B6"/>
    <w:rsid w:val="00ED254B"/>
    <w:rsid w:val="00F842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3</cp:revision>
  <dcterms:created xsi:type="dcterms:W3CDTF">2026-09-02T10:26:00Z</dcterms:created>
  <dcterms:modified xsi:type="dcterms:W3CDTF">2026-09-02T10:56:00Z</dcterms:modified>
  <cp:category/>
</cp:coreProperties>
</file>