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777777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4908E9DC" w:rsidR="00C360BD" w:rsidRDefault="00E94489" w:rsidP="00C360BD">
      <w:pPr>
        <w:jc w:val="center"/>
        <w:rPr>
          <w:b/>
          <w:sz w:val="24"/>
        </w:rPr>
      </w:pPr>
      <w:r>
        <w:rPr>
          <w:b/>
          <w:sz w:val="24"/>
        </w:rPr>
        <w:t>Katarzyna Buczek</w:t>
      </w:r>
      <w:r w:rsidR="009A6F72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E94489">
        <w:rPr>
          <w:b/>
          <w:sz w:val="24"/>
          <w:lang w:val="sk-SK"/>
        </w:rPr>
        <w:t>University of Sarajevo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12BFDC23" w:rsidR="00920391" w:rsidRDefault="00920391">
      <w:pPr>
        <w:jc w:val="center"/>
      </w:pPr>
      <w:r>
        <w:rPr>
          <w:rStyle w:val="Vrazn"/>
        </w:rPr>
        <w:t>Type of participation:</w:t>
      </w:r>
      <w:r>
        <w:t xml:space="preserve"> Active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E94489" w:rsidRPr="00E94489">
        <w:t>Viticulture in the Zielona Góra Region: A Historical and Statistical Analysis and Its Implications for Tourism Development</w:t>
      </w:r>
      <w:r>
        <w:t>”</w:t>
      </w:r>
    </w:p>
    <w:p w14:paraId="16DB20D1" w14:textId="5F7C4B41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9773EF">
        <w:t>160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1F42ABE7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r w:rsidR="00920391" w:rsidRPr="00920391">
        <w:rPr>
          <w:rStyle w:val="Vrazn"/>
        </w:rPr>
        <w:t>Občianske združenie PRÍRODOVEDEC</w:t>
      </w:r>
      <w:r>
        <w:br/>
        <w:t>Šrobárova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71CA92F4" w:rsidR="002F361F" w:rsidRDefault="00920391" w:rsidP="00920391">
      <w:pPr>
        <w:jc w:val="both"/>
      </w:pPr>
      <w:r w:rsidRPr="00920391">
        <w:rPr>
          <w:sz w:val="20"/>
        </w:rPr>
        <w:t>This certificate serves as an official confirmation of participation and paym</w:t>
      </w:r>
      <w:r>
        <w:rPr>
          <w:sz w:val="20"/>
        </w:rPr>
        <w:t xml:space="preserve">ent and is issued for academic, </w:t>
      </w:r>
      <w:r w:rsidRPr="00920391">
        <w:rPr>
          <w:sz w:val="20"/>
        </w:rPr>
        <w:t>administrative, and accounting purposes.</w:t>
      </w:r>
      <w:r w:rsidR="009B18AC"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2E3A49E7" w:rsidR="002F361F" w:rsidRDefault="009B18AC"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Marián Kireš</w:t>
      </w:r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>OZ Prírodovedec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8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357E0" w14:textId="77777777" w:rsidR="00A12C10" w:rsidRDefault="00A12C10" w:rsidP="006521CC">
      <w:pPr>
        <w:spacing w:after="0" w:line="240" w:lineRule="auto"/>
      </w:pPr>
      <w:r>
        <w:separator/>
      </w:r>
    </w:p>
  </w:endnote>
  <w:endnote w:type="continuationSeparator" w:id="0">
    <w:p w14:paraId="1246D904" w14:textId="77777777" w:rsidR="00A12C10" w:rsidRDefault="00A12C10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24382A" w14:textId="77777777" w:rsidR="00A12C10" w:rsidRDefault="00A12C10" w:rsidP="006521CC">
      <w:pPr>
        <w:spacing w:after="0" w:line="240" w:lineRule="auto"/>
      </w:pPr>
      <w:r>
        <w:separator/>
      </w:r>
    </w:p>
  </w:footnote>
  <w:footnote w:type="continuationSeparator" w:id="0">
    <w:p w14:paraId="64C9F697" w14:textId="77777777" w:rsidR="00A12C10" w:rsidRDefault="00A12C10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04231954">
    <w:abstractNumId w:val="8"/>
  </w:num>
  <w:num w:numId="2" w16cid:durableId="99180191">
    <w:abstractNumId w:val="6"/>
  </w:num>
  <w:num w:numId="3" w16cid:durableId="1711491164">
    <w:abstractNumId w:val="5"/>
  </w:num>
  <w:num w:numId="4" w16cid:durableId="1912496259">
    <w:abstractNumId w:val="4"/>
  </w:num>
  <w:num w:numId="5" w16cid:durableId="817459100">
    <w:abstractNumId w:val="7"/>
  </w:num>
  <w:num w:numId="6" w16cid:durableId="1900021161">
    <w:abstractNumId w:val="3"/>
  </w:num>
  <w:num w:numId="7" w16cid:durableId="850801207">
    <w:abstractNumId w:val="2"/>
  </w:num>
  <w:num w:numId="8" w16cid:durableId="975336264">
    <w:abstractNumId w:val="1"/>
  </w:num>
  <w:num w:numId="9" w16cid:durableId="2129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51EB7"/>
    <w:rsid w:val="00181F7B"/>
    <w:rsid w:val="001E229C"/>
    <w:rsid w:val="0020168D"/>
    <w:rsid w:val="00203C34"/>
    <w:rsid w:val="0029639D"/>
    <w:rsid w:val="002F361F"/>
    <w:rsid w:val="00326F90"/>
    <w:rsid w:val="003F76C2"/>
    <w:rsid w:val="004B0E15"/>
    <w:rsid w:val="00550CB0"/>
    <w:rsid w:val="00614554"/>
    <w:rsid w:val="006214EA"/>
    <w:rsid w:val="006521CC"/>
    <w:rsid w:val="006A6E15"/>
    <w:rsid w:val="007F45AD"/>
    <w:rsid w:val="008C46AA"/>
    <w:rsid w:val="00920391"/>
    <w:rsid w:val="009773EF"/>
    <w:rsid w:val="009A6F72"/>
    <w:rsid w:val="009B18AC"/>
    <w:rsid w:val="00A12C10"/>
    <w:rsid w:val="00A5216A"/>
    <w:rsid w:val="00AA1D8D"/>
    <w:rsid w:val="00B47730"/>
    <w:rsid w:val="00C360BD"/>
    <w:rsid w:val="00C75009"/>
    <w:rsid w:val="00C90425"/>
    <w:rsid w:val="00CB0664"/>
    <w:rsid w:val="00DB7994"/>
    <w:rsid w:val="00DC5185"/>
    <w:rsid w:val="00DD76E8"/>
    <w:rsid w:val="00DF153E"/>
    <w:rsid w:val="00E94489"/>
    <w:rsid w:val="00F9428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00A9221-CA49-4CA7-A5E2-56310DFAA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3</cp:revision>
  <dcterms:created xsi:type="dcterms:W3CDTF">2026-09-02T10:19:00Z</dcterms:created>
  <dcterms:modified xsi:type="dcterms:W3CDTF">2026-09-02T10:56:00Z</dcterms:modified>
  <cp:category/>
</cp:coreProperties>
</file>