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777777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37DD7915" w:rsidR="00C360BD" w:rsidRDefault="00835148" w:rsidP="00C360BD">
      <w:pPr>
        <w:jc w:val="center"/>
        <w:rPr>
          <w:b/>
          <w:sz w:val="24"/>
        </w:rPr>
      </w:pPr>
      <w:r>
        <w:rPr>
          <w:b/>
          <w:sz w:val="24"/>
        </w:rPr>
        <w:t>Janusz Rewucki</w:t>
      </w:r>
      <w:r w:rsidR="00FF575C" w:rsidRPr="00FF575C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proofErr w:type="spellStart"/>
      <w:r w:rsidRPr="00835148">
        <w:rPr>
          <w:b/>
          <w:sz w:val="24"/>
          <w:lang w:val="sk-SK"/>
        </w:rPr>
        <w:t>University</w:t>
      </w:r>
      <w:proofErr w:type="spellEnd"/>
      <w:r w:rsidRPr="00835148">
        <w:rPr>
          <w:b/>
          <w:sz w:val="24"/>
          <w:lang w:val="sk-SK"/>
        </w:rPr>
        <w:t xml:space="preserve"> of Sarajevo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7B6E4926" w:rsidR="00920391" w:rsidRDefault="00920391" w:rsidP="00165E6B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A4273C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831866" w:rsidRPr="00831866">
        <w:t xml:space="preserve">Viticulture in the </w:t>
      </w:r>
      <w:proofErr w:type="spellStart"/>
      <w:r w:rsidR="00831866" w:rsidRPr="00831866">
        <w:t>Zielona</w:t>
      </w:r>
      <w:proofErr w:type="spellEnd"/>
      <w:r w:rsidR="00831866" w:rsidRPr="00831866">
        <w:t xml:space="preserve"> Góra Region: A Historical and Statistical Analysis and </w:t>
      </w:r>
      <w:r w:rsidR="00831866">
        <w:br/>
      </w:r>
      <w:r w:rsidR="00831866" w:rsidRPr="00831866">
        <w:t>Its Implications for Tourism Development</w:t>
      </w:r>
      <w:r w:rsidR="005A5AF6">
        <w:t>”</w:t>
      </w:r>
    </w:p>
    <w:p w14:paraId="16DB20D1" w14:textId="4F640687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831866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1F42ABE7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71CA92F4" w:rsidR="002F361F" w:rsidRDefault="00920391" w:rsidP="00920391">
      <w:pPr>
        <w:jc w:val="both"/>
      </w:pPr>
      <w:r w:rsidRPr="00920391">
        <w:rPr>
          <w:sz w:val="20"/>
        </w:rPr>
        <w:t>This certificate serves as an official confirmation of participation and paym</w:t>
      </w:r>
      <w:r>
        <w:rPr>
          <w:sz w:val="20"/>
        </w:rPr>
        <w:t xml:space="preserve">ent 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2E3A49E7" w:rsidR="002F361F" w:rsidRDefault="009B18AC"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8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A7127" w14:textId="77777777" w:rsidR="00365C69" w:rsidRDefault="00365C69" w:rsidP="006521CC">
      <w:pPr>
        <w:spacing w:after="0" w:line="240" w:lineRule="auto"/>
      </w:pPr>
      <w:r>
        <w:separator/>
      </w:r>
    </w:p>
  </w:endnote>
  <w:endnote w:type="continuationSeparator" w:id="0">
    <w:p w14:paraId="18F9327D" w14:textId="77777777" w:rsidR="00365C69" w:rsidRDefault="00365C69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B8D3E" w14:textId="77777777" w:rsidR="00365C69" w:rsidRDefault="00365C69" w:rsidP="006521CC">
      <w:pPr>
        <w:spacing w:after="0" w:line="240" w:lineRule="auto"/>
      </w:pPr>
      <w:r>
        <w:separator/>
      </w:r>
    </w:p>
  </w:footnote>
  <w:footnote w:type="continuationSeparator" w:id="0">
    <w:p w14:paraId="4CB3878F" w14:textId="77777777" w:rsidR="00365C69" w:rsidRDefault="00365C69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4231954">
    <w:abstractNumId w:val="8"/>
  </w:num>
  <w:num w:numId="2" w16cid:durableId="99180191">
    <w:abstractNumId w:val="6"/>
  </w:num>
  <w:num w:numId="3" w16cid:durableId="1711491164">
    <w:abstractNumId w:val="5"/>
  </w:num>
  <w:num w:numId="4" w16cid:durableId="1912496259">
    <w:abstractNumId w:val="4"/>
  </w:num>
  <w:num w:numId="5" w16cid:durableId="817459100">
    <w:abstractNumId w:val="7"/>
  </w:num>
  <w:num w:numId="6" w16cid:durableId="1900021161">
    <w:abstractNumId w:val="3"/>
  </w:num>
  <w:num w:numId="7" w16cid:durableId="850801207">
    <w:abstractNumId w:val="2"/>
  </w:num>
  <w:num w:numId="8" w16cid:durableId="975336264">
    <w:abstractNumId w:val="1"/>
  </w:num>
  <w:num w:numId="9" w16cid:durableId="2129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1EB7"/>
    <w:rsid w:val="00165E6B"/>
    <w:rsid w:val="00181F7B"/>
    <w:rsid w:val="001E229C"/>
    <w:rsid w:val="0020168D"/>
    <w:rsid w:val="00203C34"/>
    <w:rsid w:val="0029639D"/>
    <w:rsid w:val="002F361F"/>
    <w:rsid w:val="00326F90"/>
    <w:rsid w:val="00365C69"/>
    <w:rsid w:val="003750F1"/>
    <w:rsid w:val="003F76C2"/>
    <w:rsid w:val="00414459"/>
    <w:rsid w:val="00493A5A"/>
    <w:rsid w:val="004B0E15"/>
    <w:rsid w:val="00550CB0"/>
    <w:rsid w:val="005A5AF6"/>
    <w:rsid w:val="00614554"/>
    <w:rsid w:val="006214EA"/>
    <w:rsid w:val="006521CC"/>
    <w:rsid w:val="006A6E15"/>
    <w:rsid w:val="007F45AD"/>
    <w:rsid w:val="00831866"/>
    <w:rsid w:val="00835148"/>
    <w:rsid w:val="008C46AA"/>
    <w:rsid w:val="00920391"/>
    <w:rsid w:val="009773EF"/>
    <w:rsid w:val="009A6F72"/>
    <w:rsid w:val="009B18AC"/>
    <w:rsid w:val="00A4273C"/>
    <w:rsid w:val="00A5216A"/>
    <w:rsid w:val="00A727D4"/>
    <w:rsid w:val="00AA1D8D"/>
    <w:rsid w:val="00B47730"/>
    <w:rsid w:val="00B81C0E"/>
    <w:rsid w:val="00C360BD"/>
    <w:rsid w:val="00C90425"/>
    <w:rsid w:val="00CB0664"/>
    <w:rsid w:val="00CC4D3C"/>
    <w:rsid w:val="00DC5185"/>
    <w:rsid w:val="00DD76E8"/>
    <w:rsid w:val="00DF153E"/>
    <w:rsid w:val="00E94489"/>
    <w:rsid w:val="00EA05B6"/>
    <w:rsid w:val="00ED254B"/>
    <w:rsid w:val="00FC693F"/>
    <w:rsid w:val="00FF5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0A9221-CA49-4CA7-A5E2-56310DFAA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2026-09-02T10:47:00Z</dcterms:created>
  <dcterms:modified xsi:type="dcterms:W3CDTF">2026-09-02T10:47:00Z</dcterms:modified>
  <cp:category/>
</cp:coreProperties>
</file>