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ED0AC63" w:rsidR="00C360BD" w:rsidRDefault="00A727D4" w:rsidP="00C360BD">
      <w:pPr>
        <w:jc w:val="center"/>
        <w:rPr>
          <w:b/>
          <w:sz w:val="24"/>
        </w:rPr>
      </w:pPr>
      <w:r>
        <w:rPr>
          <w:b/>
          <w:sz w:val="24"/>
        </w:rPr>
        <w:t>Jan Kubeš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A727D4">
        <w:rPr>
          <w:b/>
          <w:sz w:val="24"/>
          <w:lang w:val="sk-SK"/>
        </w:rPr>
        <w:t>University of South Bohemia in České Budějovice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EEDC9A7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A727D4" w:rsidRPr="00A727D4">
        <w:t>Overlooked very small towns. How do they rank in demographic, social, human and economic capital?</w:t>
      </w:r>
      <w:r>
        <w:t>”</w:t>
      </w:r>
    </w:p>
    <w:p w14:paraId="16DB20D1" w14:textId="3ACACEB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727D4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BFECF" w14:textId="77777777" w:rsidR="00EA57B0" w:rsidRDefault="00EA57B0" w:rsidP="006521CC">
      <w:pPr>
        <w:spacing w:after="0" w:line="240" w:lineRule="auto"/>
      </w:pPr>
      <w:r>
        <w:separator/>
      </w:r>
    </w:p>
  </w:endnote>
  <w:endnote w:type="continuationSeparator" w:id="0">
    <w:p w14:paraId="024A822A" w14:textId="77777777" w:rsidR="00EA57B0" w:rsidRDefault="00EA57B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D7788" w14:textId="77777777" w:rsidR="00EA57B0" w:rsidRDefault="00EA57B0" w:rsidP="006521CC">
      <w:pPr>
        <w:spacing w:after="0" w:line="240" w:lineRule="auto"/>
      </w:pPr>
      <w:r>
        <w:separator/>
      </w:r>
    </w:p>
  </w:footnote>
  <w:footnote w:type="continuationSeparator" w:id="0">
    <w:p w14:paraId="5B94CEB6" w14:textId="77777777" w:rsidR="00EA57B0" w:rsidRDefault="00EA57B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E229C"/>
    <w:rsid w:val="0020168D"/>
    <w:rsid w:val="00203C34"/>
    <w:rsid w:val="0029639D"/>
    <w:rsid w:val="002F361F"/>
    <w:rsid w:val="00326F90"/>
    <w:rsid w:val="003F76C2"/>
    <w:rsid w:val="00414459"/>
    <w:rsid w:val="004B0E15"/>
    <w:rsid w:val="00550CB0"/>
    <w:rsid w:val="00614554"/>
    <w:rsid w:val="006214EA"/>
    <w:rsid w:val="006521CC"/>
    <w:rsid w:val="006A6E15"/>
    <w:rsid w:val="007F45AD"/>
    <w:rsid w:val="008C46AA"/>
    <w:rsid w:val="00920391"/>
    <w:rsid w:val="009773EF"/>
    <w:rsid w:val="009A6F72"/>
    <w:rsid w:val="009B18AC"/>
    <w:rsid w:val="00A5216A"/>
    <w:rsid w:val="00A727D4"/>
    <w:rsid w:val="00AA1D8D"/>
    <w:rsid w:val="00B47730"/>
    <w:rsid w:val="00C360BD"/>
    <w:rsid w:val="00C90425"/>
    <w:rsid w:val="00CB0664"/>
    <w:rsid w:val="00CC4D3C"/>
    <w:rsid w:val="00DC1748"/>
    <w:rsid w:val="00DC5185"/>
    <w:rsid w:val="00DD76E8"/>
    <w:rsid w:val="00DF153E"/>
    <w:rsid w:val="00E177AD"/>
    <w:rsid w:val="00E94489"/>
    <w:rsid w:val="00EA05B6"/>
    <w:rsid w:val="00EA57B0"/>
    <w:rsid w:val="00ED25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2026-09-02T10:40:00Z</dcterms:created>
  <dcterms:modified xsi:type="dcterms:W3CDTF">2026-09-02T10:56:00Z</dcterms:modified>
  <cp:category/>
</cp:coreProperties>
</file>