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5B4AF35" w:rsidR="00C360BD" w:rsidRDefault="001C2346" w:rsidP="00C360BD">
      <w:pPr>
        <w:jc w:val="center"/>
        <w:rPr>
          <w:b/>
          <w:sz w:val="24"/>
        </w:rPr>
      </w:pPr>
      <w:r>
        <w:rPr>
          <w:b/>
          <w:sz w:val="24"/>
        </w:rPr>
        <w:t>Ján Feranec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C2346">
        <w:rPr>
          <w:b/>
          <w:sz w:val="24"/>
          <w:lang w:val="sk-SK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66D1941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C2346" w:rsidRPr="001C2346">
        <w:t>The book Guide to selected satellite measurements: an overview</w:t>
      </w:r>
      <w:r>
        <w:t>”</w:t>
      </w:r>
    </w:p>
    <w:p w14:paraId="16DB20D1" w14:textId="26C5F4E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C2346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C8B2" w14:textId="77777777" w:rsidR="006669E5" w:rsidRDefault="006669E5" w:rsidP="006521CC">
      <w:pPr>
        <w:spacing w:after="0" w:line="240" w:lineRule="auto"/>
      </w:pPr>
      <w:r>
        <w:separator/>
      </w:r>
    </w:p>
  </w:endnote>
  <w:endnote w:type="continuationSeparator" w:id="0">
    <w:p w14:paraId="66DD6AB0" w14:textId="77777777" w:rsidR="006669E5" w:rsidRDefault="006669E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63BDB" w14:textId="77777777" w:rsidR="006669E5" w:rsidRDefault="006669E5" w:rsidP="006521CC">
      <w:pPr>
        <w:spacing w:after="0" w:line="240" w:lineRule="auto"/>
      </w:pPr>
      <w:r>
        <w:separator/>
      </w:r>
    </w:p>
  </w:footnote>
  <w:footnote w:type="continuationSeparator" w:id="0">
    <w:p w14:paraId="1F36D120" w14:textId="77777777" w:rsidR="006669E5" w:rsidRDefault="006669E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C2346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521CC"/>
    <w:rsid w:val="006669E5"/>
    <w:rsid w:val="006A6E15"/>
    <w:rsid w:val="007F45AD"/>
    <w:rsid w:val="008C46AA"/>
    <w:rsid w:val="00920391"/>
    <w:rsid w:val="009773EF"/>
    <w:rsid w:val="009A6F72"/>
    <w:rsid w:val="009B18AC"/>
    <w:rsid w:val="00A5216A"/>
    <w:rsid w:val="00AA1D8D"/>
    <w:rsid w:val="00B47730"/>
    <w:rsid w:val="00C360BD"/>
    <w:rsid w:val="00C90425"/>
    <w:rsid w:val="00CB0664"/>
    <w:rsid w:val="00DC5185"/>
    <w:rsid w:val="00DD76E8"/>
    <w:rsid w:val="00DF153E"/>
    <w:rsid w:val="00DF5962"/>
    <w:rsid w:val="00E94489"/>
    <w:rsid w:val="00EA05B6"/>
    <w:rsid w:val="00ED254B"/>
    <w:rsid w:val="00F902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2026-09-02T10:24:00Z</dcterms:created>
  <dcterms:modified xsi:type="dcterms:W3CDTF">2026-09-02T10:56:00Z</dcterms:modified>
  <cp:category/>
</cp:coreProperties>
</file>