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777777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058014F" w:rsidR="00C360BD" w:rsidRDefault="00F607F0" w:rsidP="00C360BD">
      <w:pPr>
        <w:jc w:val="center"/>
        <w:rPr>
          <w:b/>
          <w:sz w:val="24"/>
        </w:rPr>
      </w:pPr>
      <w:r>
        <w:rPr>
          <w:b/>
          <w:sz w:val="24"/>
        </w:rPr>
        <w:t xml:space="preserve">Bohuslava Hrončeková Gregorová </w:t>
      </w:r>
      <w:r w:rsidR="003F76C2">
        <w:rPr>
          <w:b/>
          <w:sz w:val="24"/>
        </w:rPr>
        <w:t>(</w:t>
      </w:r>
      <w:r w:rsidRPr="00F607F0">
        <w:rPr>
          <w:b/>
          <w:sz w:val="24"/>
          <w:lang w:val="sk-SK"/>
        </w:rPr>
        <w:t>Matej Bel University in Banská Bystrica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22E9B954" w:rsidR="00920391" w:rsidRDefault="00920391" w:rsidP="00ED254B">
      <w:pPr>
        <w:jc w:val="center"/>
      </w:pPr>
      <w:r>
        <w:rPr>
          <w:rStyle w:val="Vrazn"/>
        </w:rPr>
        <w:t>Type of participation:</w:t>
      </w:r>
      <w:r>
        <w:t xml:space="preserve"> Active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F607F0" w:rsidRPr="00F607F0">
        <w:t>A Historical-Geographical Reconstruction of Water Bodies in the Lower Course of the Hron River Based on the Work of Matej Bel</w:t>
      </w:r>
      <w:r>
        <w:t>”</w:t>
      </w:r>
    </w:p>
    <w:p w14:paraId="16DB20D1" w14:textId="370CB15F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ED254B">
        <w:t>2</w:t>
      </w:r>
      <w:r w:rsidR="00F607F0">
        <w:t>2</w:t>
      </w:r>
      <w:r w:rsidR="00ED254B">
        <w:t>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1F42ABE7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r w:rsidR="00920391" w:rsidRPr="00920391">
        <w:rPr>
          <w:rStyle w:val="Vrazn"/>
        </w:rPr>
        <w:t>Občianske združenie PRÍRODOVEDEC</w:t>
      </w:r>
      <w:r>
        <w:br/>
        <w:t>Šrobárova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71CA92F4" w:rsidR="002F361F" w:rsidRDefault="00920391" w:rsidP="00920391">
      <w:pPr>
        <w:jc w:val="both"/>
      </w:pPr>
      <w:r w:rsidRPr="00920391">
        <w:rPr>
          <w:sz w:val="20"/>
        </w:rPr>
        <w:t>This certificate serves as an official confirmation of participation and paym</w:t>
      </w:r>
      <w:r>
        <w:rPr>
          <w:sz w:val="20"/>
        </w:rPr>
        <w:t xml:space="preserve">ent 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2E3A49E7" w:rsidR="002F361F" w:rsidRDefault="009B18AC"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Marián Kireš</w:t>
      </w:r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>OZ Prírodovedec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8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AE70D" w14:textId="77777777" w:rsidR="006A79CD" w:rsidRDefault="006A79CD" w:rsidP="006521CC">
      <w:pPr>
        <w:spacing w:after="0" w:line="240" w:lineRule="auto"/>
      </w:pPr>
      <w:r>
        <w:separator/>
      </w:r>
    </w:p>
  </w:endnote>
  <w:endnote w:type="continuationSeparator" w:id="0">
    <w:p w14:paraId="77AF4CC0" w14:textId="77777777" w:rsidR="006A79CD" w:rsidRDefault="006A79CD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B4E32" w14:textId="77777777" w:rsidR="006A79CD" w:rsidRDefault="006A79CD" w:rsidP="006521CC">
      <w:pPr>
        <w:spacing w:after="0" w:line="240" w:lineRule="auto"/>
      </w:pPr>
      <w:r>
        <w:separator/>
      </w:r>
    </w:p>
  </w:footnote>
  <w:footnote w:type="continuationSeparator" w:id="0">
    <w:p w14:paraId="2B1778D4" w14:textId="77777777" w:rsidR="006A79CD" w:rsidRDefault="006A79CD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4231954">
    <w:abstractNumId w:val="8"/>
  </w:num>
  <w:num w:numId="2" w16cid:durableId="99180191">
    <w:abstractNumId w:val="6"/>
  </w:num>
  <w:num w:numId="3" w16cid:durableId="1711491164">
    <w:abstractNumId w:val="5"/>
  </w:num>
  <w:num w:numId="4" w16cid:durableId="1912496259">
    <w:abstractNumId w:val="4"/>
  </w:num>
  <w:num w:numId="5" w16cid:durableId="817459100">
    <w:abstractNumId w:val="7"/>
  </w:num>
  <w:num w:numId="6" w16cid:durableId="1900021161">
    <w:abstractNumId w:val="3"/>
  </w:num>
  <w:num w:numId="7" w16cid:durableId="850801207">
    <w:abstractNumId w:val="2"/>
  </w:num>
  <w:num w:numId="8" w16cid:durableId="975336264">
    <w:abstractNumId w:val="1"/>
  </w:num>
  <w:num w:numId="9" w16cid:durableId="212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1EB7"/>
    <w:rsid w:val="00181F7B"/>
    <w:rsid w:val="001E229C"/>
    <w:rsid w:val="0020168D"/>
    <w:rsid w:val="00203C34"/>
    <w:rsid w:val="0029639D"/>
    <w:rsid w:val="002F361F"/>
    <w:rsid w:val="00326F90"/>
    <w:rsid w:val="003F76C2"/>
    <w:rsid w:val="00414459"/>
    <w:rsid w:val="004B0E15"/>
    <w:rsid w:val="00521137"/>
    <w:rsid w:val="00550CB0"/>
    <w:rsid w:val="00614554"/>
    <w:rsid w:val="006214EA"/>
    <w:rsid w:val="006521CC"/>
    <w:rsid w:val="006A6E15"/>
    <w:rsid w:val="006A79CD"/>
    <w:rsid w:val="007F45AD"/>
    <w:rsid w:val="008C46AA"/>
    <w:rsid w:val="00920391"/>
    <w:rsid w:val="009773EF"/>
    <w:rsid w:val="009A6F72"/>
    <w:rsid w:val="009B18AC"/>
    <w:rsid w:val="00A34D31"/>
    <w:rsid w:val="00A5216A"/>
    <w:rsid w:val="00AA1D8D"/>
    <w:rsid w:val="00B47730"/>
    <w:rsid w:val="00C360BD"/>
    <w:rsid w:val="00C90425"/>
    <w:rsid w:val="00CB0664"/>
    <w:rsid w:val="00DC5185"/>
    <w:rsid w:val="00DD76E8"/>
    <w:rsid w:val="00DF153E"/>
    <w:rsid w:val="00E94489"/>
    <w:rsid w:val="00EA05B6"/>
    <w:rsid w:val="00ED254B"/>
    <w:rsid w:val="00F607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0A9221-CA49-4CA7-A5E2-56310DFAA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3</cp:revision>
  <dcterms:created xsi:type="dcterms:W3CDTF">2026-09-02T10:31:00Z</dcterms:created>
  <dcterms:modified xsi:type="dcterms:W3CDTF">2026-09-02T10:56:00Z</dcterms:modified>
  <cp:category/>
</cp:coreProperties>
</file>